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VEREINBARUNG ZUR BEENDIGUNG DER ZUSAMMENARBEIT</w:t>
      </w:r>
    </w:p>
    <w:p/>
    <w:p/>
    <w:p>
      <w:r>
        <w:rPr>
          <w:b/>
          <w:sz w:val="22"/>
        </w:rPr>
        <w:t>Vertragspartner</w:t>
      </w:r>
    </w:p>
    <w:p>
      <w:r>
        <w:rPr>
          <w:b w:val="0"/>
          <w:sz w:val="22"/>
        </w:rPr>
        <w:t>Name / Firma Vertragspartner 1: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Anschrift Vertragspartner 1:</w:t>
      </w:r>
    </w:p>
    <w:p>
      <w:r>
        <w:rPr>
          <w:b w:val="0"/>
          <w:sz w:val="22"/>
        </w:rPr>
      </w:r>
    </w:p>
    <w:p/>
    <w:p>
      <w:r>
        <w:rPr>
          <w:b w:val="0"/>
          <w:sz w:val="22"/>
        </w:rPr>
        <w:t>Name / Firma Vertragspartner 2: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Anschrift Vertragspartner 2:</w:t>
      </w:r>
    </w:p>
    <w:p>
      <w:r>
        <w:rPr>
          <w:b w:val="0"/>
          <w:sz w:val="22"/>
        </w:rPr>
      </w:r>
    </w:p>
    <w:p/>
    <w:p/>
    <w:p>
      <w:r>
        <w:rPr>
          <w:b/>
          <w:sz w:val="22"/>
        </w:rPr>
        <w:t>Präambel</w:t>
      </w:r>
    </w:p>
    <w:p>
      <w:r>
        <w:rPr>
          <w:b w:val="0"/>
          <w:sz w:val="22"/>
        </w:rPr>
        <w:t>Die Vertragspartner beenden hiermit einvernehmlich und unter Berücksichtigung aller gegenseitigen Rechte und Pflichten die zwischen ihnen bestehende Zusammenarbeit.</w:t>
      </w:r>
    </w:p>
    <w:p/>
    <w:p/>
    <w:p>
      <w:r>
        <w:rPr>
          <w:b/>
          <w:sz w:val="22"/>
        </w:rPr>
        <w:t>§ 1 – Beendigung der Zusammenarbeit</w:t>
      </w:r>
    </w:p>
    <w:p>
      <w:r>
        <w:rPr>
          <w:b w:val="0"/>
          <w:sz w:val="22"/>
        </w:rPr>
        <w:t>Die Zusammenarbeit wird mit Wirkung zum ___________________________ beendet. Bis zu diesem Zeitpunkt sind alle vertraglichen Leistungen ordnungsgemäß zu erbringen.</w:t>
      </w:r>
    </w:p>
    <w:p/>
    <w:p>
      <w:r>
        <w:rPr>
          <w:b/>
          <w:sz w:val="22"/>
        </w:rPr>
        <w:t>§ 2 – Abwicklung und Rückgabe von Unterlagen</w:t>
      </w:r>
    </w:p>
    <w:p>
      <w:r>
        <w:rPr>
          <w:b w:val="0"/>
          <w:sz w:val="22"/>
        </w:rPr>
        <w:t>Alle im Rahmen der Zusammenarbeit übergebenen Unterlagen, Materialien und sonstigen Sachen sind spätestens bis zum Beendigungsdatum vollständig zurückzugeben oder, sofern vereinbart, zu vernichten.</w:t>
      </w:r>
    </w:p>
    <w:p/>
    <w:p>
      <w:r>
        <w:rPr>
          <w:b/>
          <w:sz w:val="22"/>
        </w:rPr>
        <w:t>§ 3 – Erfüllung noch offener Verpflichtungen</w:t>
      </w:r>
    </w:p>
    <w:p>
      <w:r>
        <w:rPr>
          <w:b w:val="0"/>
          <w:sz w:val="22"/>
        </w:rPr>
        <w:t>Bis zum Beendigungsdatum sind alle noch offenen Verpflichtungen, einschließlich Zahlungen und Leistungen, von beiden Parteien zu erfüllen.</w:t>
      </w:r>
    </w:p>
    <w:p/>
    <w:p>
      <w:r>
        <w:rPr>
          <w:b/>
          <w:sz w:val="22"/>
        </w:rPr>
        <w:t>§ 4 – Vertraulichkeit</w:t>
      </w:r>
    </w:p>
    <w:p>
      <w:r>
        <w:rPr>
          <w:b w:val="0"/>
          <w:sz w:val="22"/>
        </w:rPr>
        <w:t>Die Vertragspartner verpflichten sich, alle vertraulichen Informationen, die sie im Rahmen der Zusammenarbeit erhalten haben, auch nach Beendigung der Zusammenarbeit vertraulich zu behandeln.</w:t>
      </w:r>
    </w:p>
    <w:p/>
    <w:p>
      <w:r>
        <w:rPr>
          <w:b/>
          <w:sz w:val="22"/>
        </w:rPr>
        <w:t>§ 5 – Schlussbestimmungen</w:t>
      </w:r>
    </w:p>
    <w:p>
      <w:r>
        <w:rPr>
          <w:b w:val="0"/>
          <w:sz w:val="22"/>
        </w:rPr>
        <w:t>Diese Vereinbarung stellt die gesamte Regelung zur Beendigung der Zusammenarbeit dar. Nebenabreden bestehen nicht. Änderungen und Ergänzungen bedürfen der Schriftform.</w:t>
      </w:r>
    </w:p>
    <w:p/>
    <w:p/>
    <w:p>
      <w:r>
        <w:rPr>
          <w:b w:val="0"/>
          <w:sz w:val="22"/>
        </w:rPr>
        <w:t>Ort: _________________________________________</w:t>
      </w:r>
    </w:p>
    <w:p>
      <w:r>
        <w:rPr>
          <w:b w:val="0"/>
          <w:sz w:val="22"/>
        </w:rPr>
        <w:t>Datum: 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Vertragspartner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https://persoenliche-dokumente.com/zusammenarbeit-beenden/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zusammenarbeit-beenden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