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VOLLMACHT TÜV HAUPTUNTERSUCHUNG</w:t>
      </w:r>
    </w:p>
    <w:p/>
    <w:p/>
    <w:p>
      <w:r>
        <w:rPr>
          <w:b/>
          <w:sz w:val="22"/>
        </w:rPr>
        <w:t>Vollmachtgeber:</w:t>
      </w:r>
    </w:p>
    <w:p>
      <w:r>
        <w:rPr>
          <w:b w:val="0"/>
          <w:sz w:val="22"/>
        </w:rPr>
        <w:t>Name: _________________________________________________</w:t>
      </w:r>
    </w:p>
    <w:p>
      <w:r>
        <w:rPr>
          <w:b w:val="0"/>
          <w:sz w:val="22"/>
        </w:rPr>
        <w:t>Anschrift: ______________________________________________</w:t>
      </w:r>
    </w:p>
    <w:p>
      <w:r>
        <w:rPr>
          <w:b w:val="0"/>
          <w:sz w:val="22"/>
        </w:rPr>
        <w:t>Geburtsdatum: __________________________________________</w:t>
      </w:r>
    </w:p>
    <w:p>
      <w:r>
        <w:rPr>
          <w:b w:val="0"/>
          <w:sz w:val="22"/>
        </w:rPr>
        <w:t>Personalausweis / Reisepass Nr.: _________________________</w:t>
      </w:r>
    </w:p>
    <w:p/>
    <w:p/>
    <w:p>
      <w:r>
        <w:rPr>
          <w:b/>
          <w:sz w:val="22"/>
        </w:rPr>
        <w:t>Bevollmächtigter:</w:t>
      </w:r>
    </w:p>
    <w:p>
      <w:r>
        <w:rPr>
          <w:b w:val="0"/>
          <w:sz w:val="22"/>
        </w:rPr>
        <w:t>Name: _________________________________________________</w:t>
      </w:r>
    </w:p>
    <w:p>
      <w:r>
        <w:rPr>
          <w:b w:val="0"/>
          <w:sz w:val="22"/>
        </w:rPr>
        <w:t>Anschrift: ______________________________________________</w:t>
      </w:r>
    </w:p>
    <w:p>
      <w:r>
        <w:rPr>
          <w:b w:val="0"/>
          <w:sz w:val="22"/>
        </w:rPr>
        <w:t>Geburtsdatum: __________________________________________</w:t>
      </w:r>
    </w:p>
    <w:p>
      <w:r>
        <w:rPr>
          <w:b w:val="0"/>
          <w:sz w:val="22"/>
        </w:rPr>
        <w:t>Personalausweis / Reisepass Nr.: _________________________</w:t>
      </w:r>
    </w:p>
    <w:p/>
    <w:p/>
    <w:p>
      <w:r>
        <w:rPr>
          <w:b/>
          <w:sz w:val="22"/>
        </w:rPr>
        <w:t>Fahrzeug:</w:t>
      </w:r>
    </w:p>
    <w:p>
      <w:r>
        <w:rPr>
          <w:b w:val="0"/>
          <w:sz w:val="22"/>
        </w:rPr>
        <w:t>Hersteller / Marke: _______________________________________</w:t>
      </w:r>
    </w:p>
    <w:p>
      <w:r>
        <w:rPr>
          <w:b w:val="0"/>
          <w:sz w:val="22"/>
        </w:rPr>
        <w:t>Fahrzeugtyp / Modell: _____________________________________</w:t>
      </w:r>
    </w:p>
    <w:p>
      <w:r>
        <w:rPr>
          <w:b w:val="0"/>
          <w:sz w:val="22"/>
        </w:rPr>
        <w:t>Fahrzeug-Identifizierungsnummer (FIN): _____________________</w:t>
      </w:r>
    </w:p>
    <w:p>
      <w:r>
        <w:rPr>
          <w:b w:val="0"/>
          <w:sz w:val="22"/>
        </w:rPr>
        <w:t>Amtliches Kennzeichen: ____________________________________</w:t>
      </w:r>
    </w:p>
    <w:p/>
    <w:p/>
    <w:p>
      <w:r>
        <w:rPr>
          <w:b w:val="0"/>
          <w:sz w:val="22"/>
        </w:rPr>
        <w:t>Hiermit bevollmächtige ich den oben genannten Bevollmächtigten, in meinem Namen und mit bindender Wirkung für mich die Hauptuntersuchung (TÜV) meines oben genannten Fahrzeugs durchzuführen, einschließlich der Entgegennahme und Übergabe von Prüfberichten, Bescheinigungen und sonstigen Unterlagen.</w:t>
      </w:r>
    </w:p>
    <w:p/>
    <w:p/>
    <w:p>
      <w:r>
        <w:rPr>
          <w:b w:val="0"/>
          <w:sz w:val="22"/>
        </w:rPr>
        <w:t>Die Vollmacht umfasst insbesondere die Berechtigung, das Fahrzeug zur Hauptuntersuchung vorzuführen, erforderliche Erklärungen abzugeben sowie Nachweise entgegenzunehmen.</w:t>
      </w:r>
    </w:p>
    <w:p/>
    <w:p/>
    <w:p>
      <w:r>
        <w:rPr>
          <w:b w:val="0"/>
          <w:sz w:val="22"/>
        </w:rPr>
        <w:t>Diese Vollmacht ist gültig bis auf Widerruf.</w:t>
      </w:r>
    </w:p>
    <w:p/>
    <w:p/>
    <w:p/>
    <w:p>
      <w:r>
        <w:rPr>
          <w:b/>
          <w:sz w:val="22"/>
        </w:rPr>
        <w:t>Ort: ________________________________________</w:t>
      </w:r>
    </w:p>
    <w:p>
      <w:r>
        <w:rPr>
          <w:b w:val="0"/>
          <w:sz w:val="22"/>
        </w:rPr>
        <w:t>Unterschrift Vollmachtgeber: ________________________________</w:t>
      </w:r>
    </w:p>
    <w:p/>
    <w:p/>
    <w:p/>
    <w:tbl>
      <w:tblPr>
        <w:tblW w:type="auto" w:w="0"/>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rPr>
                <w:sz w:val="22"/>
              </w:rPr>
              <w:t>Vollmachtgeber</w:t>
            </w:r>
          </w:p>
        </w:tc>
        <w:tc>
          <w:tcPr>
            <w:tcW w:type="dxa" w:w="4986"/>
            <w:tcBorders>
              <w:top w:val="nil"/>
              <w:left w:val="nil"/>
              <w:bottom w:val="nil"/>
              <w:right w:val="nil"/>
              <w:insideH w:val="nil"/>
              <w:insideV w:val="nil"/>
            </w:tcBorders>
          </w:tcPr>
          <w:p>
            <w:pPr>
              <w:jc w:val="center"/>
            </w:pPr>
            <w:r>
              <w:rPr>
                <w:sz w:val="22"/>
              </w:rPr>
              <w:t>Bevollmächtigter</w:t>
            </w:r>
          </w:p>
        </w:tc>
      </w:tr>
      <w:tr>
        <w:tc>
          <w:tcPr>
            <w:tcW w:type="dxa" w:w="4986"/>
            <w:tcBorders>
              <w:top w:val="nil"/>
              <w:left w:val="nil"/>
              <w:bottom w:val="nil"/>
              <w:right w:val="nil"/>
              <w:insideH w:val="nil"/>
              <w:insideV w:val="nil"/>
            </w:tcBorders>
          </w:tcPr>
          <w:p>
            <w:pPr>
              <w:jc w:val="center"/>
            </w:pPr>
            <w:r>
              <w:rPr>
                <w:sz w:val="22"/>
              </w:rPr>
              <w:br/>
              <w:br/>
              <w:t>Unterschrift: ____________________________</w:t>
            </w:r>
          </w:p>
        </w:tc>
        <w:tc>
          <w:tcPr>
            <w:tcW w:type="dxa" w:w="4986"/>
            <w:tcBorders>
              <w:top w:val="nil"/>
              <w:left w:val="nil"/>
              <w:bottom w:val="nil"/>
              <w:right w:val="nil"/>
              <w:insideH w:val="nil"/>
              <w:insideV w:val="nil"/>
            </w:tcBorders>
          </w:tcPr>
          <w:p>
            <w:pPr>
              <w:jc w:val="center"/>
            </w:pPr>
            <w:r>
              <w:rPr>
                <w:sz w:val="22"/>
              </w:rPr>
              <w:br/>
              <w:br/>
              <w:t>Unterschrift: 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https://persoenliche-dokumente.com/vollmacht-tuv-hauptuntersuchung/</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https://persoenliche-dokumente.com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persoenliche-dokumente.com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ersoenliche-dokumente.com/vollmacht-tuv-hauptuntersuchung/" TargetMode="External"/><Relationship Id="rId10" Type="http://schemas.openxmlformats.org/officeDocument/2006/relationships/hyperlink" Target="https://persoenliche-dokumen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