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VOLLMACHT FÜR DEN SCHWERBEHINDERTENANTRAG</w:t>
      </w:r>
    </w:p>
    <w:p/>
    <w:p/>
    <w:p>
      <w:r>
        <w:rPr>
          <w:b/>
          <w:sz w:val="22"/>
        </w:rPr>
        <w:t>Vollmachtgeber (Name, Vorname):</w:t>
      </w:r>
    </w:p>
    <w:p>
      <w:r>
        <w:rPr>
          <w:b w:val="0"/>
          <w:sz w:val="22"/>
        </w:rPr>
        <w:t>______________________________________________________________</w:t>
      </w:r>
    </w:p>
    <w:p>
      <w:r>
        <w:rPr>
          <w:b w:val="0"/>
          <w:sz w:val="22"/>
        </w:rPr>
        <w:t>Geburtsdatum:</w:t>
      </w:r>
    </w:p>
    <w:p>
      <w:r>
        <w:rPr>
          <w:b w:val="0"/>
          <w:sz w:val="22"/>
        </w:rPr>
        <w:t>______________________________________________________________</w:t>
      </w:r>
    </w:p>
    <w:p>
      <w:r>
        <w:rPr>
          <w:b w:val="0"/>
          <w:sz w:val="22"/>
        </w:rPr>
        <w:t>Anschrift:</w:t>
      </w:r>
    </w:p>
    <w:p>
      <w:r>
        <w:rPr>
          <w:b w:val="0"/>
          <w:sz w:val="22"/>
        </w:rPr>
        <w:t>______________________________________________________________</w:t>
      </w:r>
    </w:p>
    <w:p/>
    <w:p/>
    <w:p>
      <w:r>
        <w:rPr>
          <w:b/>
          <w:sz w:val="22"/>
        </w:rPr>
        <w:t>Bevollmächtigter (Name, Vorname):</w:t>
      </w:r>
    </w:p>
    <w:p>
      <w:r>
        <w:rPr>
          <w:b w:val="0"/>
          <w:sz w:val="22"/>
        </w:rPr>
        <w:t>______________________________________________________________</w:t>
      </w:r>
    </w:p>
    <w:p>
      <w:r>
        <w:rPr>
          <w:b w:val="0"/>
          <w:sz w:val="22"/>
        </w:rPr>
        <w:t>Geburtsdatum:</w:t>
      </w:r>
    </w:p>
    <w:p>
      <w:r>
        <w:rPr>
          <w:b w:val="0"/>
          <w:sz w:val="22"/>
        </w:rPr>
        <w:t>______________________________________________________________</w:t>
      </w:r>
    </w:p>
    <w:p>
      <w:r>
        <w:rPr>
          <w:b w:val="0"/>
          <w:sz w:val="22"/>
        </w:rPr>
        <w:t>Anschrift:</w:t>
      </w:r>
    </w:p>
    <w:p>
      <w:r>
        <w:rPr>
          <w:b w:val="0"/>
          <w:sz w:val="22"/>
        </w:rPr>
        <w:t>______________________________________________________________</w:t>
      </w:r>
    </w:p>
    <w:p/>
    <w:p/>
    <w:p>
      <w:r>
        <w:rPr>
          <w:b w:val="0"/>
          <w:sz w:val="22"/>
        </w:rPr>
        <w:t>Hiermit bevollmächtige ich den oben genannten Bevollmächtigten, mich gegenüber dem zuständigen Versorgungsamt bzw. der zuständigen Behörde in</w:t>
      </w:r>
    </w:p>
    <w:p>
      <w:r>
        <w:rPr>
          <w:b w:val="0"/>
          <w:sz w:val="22"/>
        </w:rPr>
        <w:t>allen Angelegenheiten rund um meinen Schwerbehindertenantrag zu vertreten. Dies umfasst insbesondere die Antragstellung, Einsichtnahme in Akten,</w:t>
      </w:r>
    </w:p>
    <w:p>
      <w:r>
        <w:rPr>
          <w:b w:val="0"/>
          <w:sz w:val="22"/>
        </w:rPr>
        <w:t>Entgegennahme von Bescheiden, das Einlegen von Rechtsmitteln sowie die Kommunikation mit Behörden, Ärzten und sonstigen Beteiligten.</w:t>
      </w:r>
    </w:p>
    <w:p/>
    <w:p/>
    <w:p>
      <w:r>
        <w:rPr>
          <w:b/>
          <w:sz w:val="22"/>
        </w:rPr>
        <w:t>Die Vollmacht erstreckt sich auf folgende Bereiche:</w:t>
      </w:r>
    </w:p>
    <w:p>
      <w:r>
        <w:rPr>
          <w:b w:val="0"/>
          <w:sz w:val="22"/>
        </w:rPr>
        <w:t>- Antragstellung und Nachreichung von Unterlagen</w:t>
      </w:r>
    </w:p>
    <w:p>
      <w:r>
        <w:rPr>
          <w:b w:val="0"/>
          <w:sz w:val="22"/>
        </w:rPr>
        <w:t>- Empfang und Entgegennahme von Bescheiden und Schriftstücken</w:t>
      </w:r>
    </w:p>
    <w:p>
      <w:r>
        <w:rPr>
          <w:b w:val="0"/>
          <w:sz w:val="22"/>
        </w:rPr>
        <w:t>- Einlegung und Rücknahme von Widersprüchen und Klagen</w:t>
      </w:r>
    </w:p>
    <w:p>
      <w:r>
        <w:rPr>
          <w:b w:val="0"/>
          <w:sz w:val="22"/>
        </w:rPr>
        <w:t>- Vertretung bei Anhörungen und Gesprächen</w:t>
      </w:r>
    </w:p>
    <w:p/>
    <w:p/>
    <w:p>
      <w:r>
        <w:rPr>
          <w:b/>
          <w:sz w:val="22"/>
        </w:rPr>
        <w:t>Diese Vollmacht gilt ab dem Zeitpunkt der Unterschrift und bleibt wirksam, bis sie schriftlich widerrufen wird.</w:t>
      </w:r>
    </w:p>
    <w:p/>
    <w:p/>
    <w:p/>
    <w:p>
      <w:r>
        <w:rPr>
          <w:b w:val="0"/>
          <w:sz w:val="22"/>
        </w:rPr>
        <w:t>Ort:</w:t>
      </w:r>
    </w:p>
    <w:p>
      <w:r>
        <w:rPr>
          <w:b w:val="0"/>
          <w:sz w:val="22"/>
        </w:rPr>
        <w:t>______________________________________________________________</w:t>
      </w:r>
    </w:p>
    <w:p>
      <w:r>
        <w:rPr>
          <w:b w:val="0"/>
          <w:sz w:val="22"/>
        </w:rPr>
        <w:t>Datum:</w:t>
      </w:r>
    </w:p>
    <w:p>
      <w:r>
        <w:rPr>
          <w:b w:val="0"/>
          <w:sz w:val="22"/>
        </w:rPr>
        <w:t>______________________________________________________________</w:t>
      </w:r>
    </w:p>
    <w:p/>
    <w:p/>
    <w:p/>
    <w:p>
      <w:r>
        <w:rPr>
          <w:b/>
          <w:sz w:val="22"/>
        </w:rPr>
        <w:t>Unterschrift des Vollmachtgebers:</w:t>
      </w:r>
    </w:p>
    <w:p>
      <w:r>
        <w:rPr>
          <w:b w:val="0"/>
          <w:sz w:val="22"/>
        </w:rPr>
        <w:t>______________________________________________________________</w:t>
      </w:r>
    </w:p>
    <w:p/>
    <w:p/>
    <w:p/>
    <w:p/>
    <w:p>
      <w:r>
        <w:rPr>
          <w:b/>
          <w:sz w:val="22"/>
        </w:rPr>
        <w:t>Unterschrift des Bevollmächtigten (optional):</w:t>
      </w:r>
    </w:p>
    <w:p>
      <w:r>
        <w:rPr>
          <w:b w:val="0"/>
          <w:sz w:val="22"/>
        </w:rPr>
        <w:t>______________________________________________________________</w:t>
      </w:r>
    </w:p>
    <w:p/>
    <w:p/>
    <w:tbl>
      <w:tblPr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Vollmachtgeber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Bevollmächtigter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https://persoenliche-dokumente.com/vollmacht-schwerbehindertenantrag/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https://persoenliche-dokumente.com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persoenliche-dokumente.com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rsoenliche-dokumente.com/vollmacht-schwerbehindertenantrag/" TargetMode="External"/><Relationship Id="rId10" Type="http://schemas.openxmlformats.org/officeDocument/2006/relationships/hyperlink" Target="https://persoenliche-dokumen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