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VOLLMACHT FÜR DIE JAGDGENOSSENSCHAFT</w:t>
      </w:r>
    </w:p>
    <w:p/>
    <w:p/>
    <w:p>
      <w:r>
        <w:rPr>
          <w:b/>
          <w:sz w:val="22"/>
        </w:rPr>
        <w:t>Ich, der/die Unterzeichnende:</w:t>
      </w:r>
    </w:p>
    <w:p>
      <w:r>
        <w:rPr>
          <w:b w:val="0"/>
          <w:sz w:val="22"/>
        </w:rPr>
        <w:t>Name: ________________________________________________________________</w:t>
      </w:r>
    </w:p>
    <w:p>
      <w:r>
        <w:rPr>
          <w:b w:val="0"/>
          <w:sz w:val="22"/>
        </w:rPr>
        <w:t>Geburtsdatum: ________________________________________________________</w:t>
      </w:r>
    </w:p>
    <w:p>
      <w:r>
        <w:rPr>
          <w:b w:val="0"/>
          <w:sz w:val="22"/>
        </w:rPr>
        <w:t>Anschrift: ____________________________________________________________</w:t>
      </w:r>
    </w:p>
    <w:p/>
    <w:p>
      <w:r>
        <w:rPr>
          <w:b/>
          <w:sz w:val="22"/>
        </w:rPr>
        <w:t>erteile hiermit folgende Vollmacht:</w:t>
      </w:r>
    </w:p>
    <w:p/>
    <w:p>
      <w:r>
        <w:rPr>
          <w:b w:val="0"/>
          <w:sz w:val="22"/>
        </w:rPr>
        <w:t>Hiermit bevollmächtige ich den/die nachfolgend genannte(n) Vertreter/in, mich gegenüber der Jagdgenossenschaft rechtsverbindlich zu vertreten und alle erforderlichen Handlungen im Zusammenhang mit meinen Rechten und Pflichten als Mitglied der Jagdgenossenschaft vorzunehmen.</w:t>
      </w:r>
    </w:p>
    <w:p/>
    <w:p>
      <w:r>
        <w:rPr>
          <w:b/>
          <w:sz w:val="22"/>
        </w:rPr>
        <w:t>Name des Bevollmächtigten:</w:t>
      </w:r>
    </w:p>
    <w:p>
      <w:r>
        <w:rPr>
          <w:b w:val="0"/>
          <w:sz w:val="22"/>
        </w:rPr>
        <w:t>Name: ________________________________________________________________</w:t>
      </w:r>
    </w:p>
    <w:p>
      <w:r>
        <w:rPr>
          <w:b w:val="0"/>
          <w:sz w:val="22"/>
        </w:rPr>
        <w:t>Geburtsdatum: ________________________________________________________</w:t>
      </w:r>
    </w:p>
    <w:p>
      <w:r>
        <w:rPr>
          <w:b w:val="0"/>
          <w:sz w:val="22"/>
        </w:rPr>
        <w:t>Anschrift: ____________________________________________________________</w:t>
      </w:r>
    </w:p>
    <w:p/>
    <w:p>
      <w:r>
        <w:rPr>
          <w:b/>
          <w:sz w:val="22"/>
        </w:rPr>
        <w:t>Umfang der Vollmacht:</w:t>
      </w:r>
    </w:p>
    <w:p>
      <w:r>
        <w:rPr>
          <w:b w:val="0"/>
          <w:sz w:val="22"/>
        </w:rPr>
        <w:t>Die Vollmacht umfasst insbesondere die Berechtigung, an Versammlungen der Jagdgenossenschaft teilzunehmen, für mich abzustimmen, Erklärungen abzugeben, Anträge zu stellen und alle sonstigen Rechte und Pflichten wahrzunehmen, die sich aus meiner Mitgliedschaft in der Jagdgenossenschaft ergeben.</w:t>
      </w:r>
    </w:p>
    <w:p/>
    <w:p>
      <w:r>
        <w:rPr>
          <w:b/>
          <w:sz w:val="22"/>
        </w:rPr>
        <w:t>Diese Vollmacht gilt bis auf Widerruf.</w:t>
      </w:r>
    </w:p>
    <w:p/>
    <w:p/>
    <w:p>
      <w:r>
        <w:rPr>
          <w:b w:val="0"/>
          <w:sz w:val="22"/>
        </w:rPr>
        <w:t>Ort: _________________________________________________________________</w:t>
      </w:r>
    </w:p>
    <w:p>
      <w:r>
        <w:rPr>
          <w:b w:val="0"/>
          <w:sz w:val="22"/>
        </w:rPr>
        <w:t>Unterschrift Vollmachtgeber/in: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sz w:val="22"/>
              </w:rPr>
              <w:t>Vertreter/in</w:t>
            </w:r>
          </w:p>
        </w:tc>
        <w:tc>
          <w:tcPr>
            <w:tcW w:type="dxa" w:w="4986"/>
            <w:tcBorders>
              <w:top w:val="nil"/>
              <w:left w:val="nil"/>
              <w:bottom w:val="nil"/>
              <w:right w:val="nil"/>
              <w:insideH w:val="nil"/>
              <w:insideV w:val="nil"/>
            </w:tcBorders>
          </w:tcPr>
          <w:p>
            <w:pPr>
              <w:jc w:val="center"/>
            </w:pPr>
            <w:r>
              <w:rPr>
                <w:sz w:val="22"/>
              </w:rPr>
              <w:t>Unterschrift Vertreter/in</w:t>
            </w:r>
          </w:p>
        </w:tc>
      </w:tr>
      <w:tr>
        <w:tc>
          <w:tcPr>
            <w:tcW w:type="dxa" w:w="4986"/>
            <w:tcBorders>
              <w:top w:val="nil"/>
              <w:left w:val="nil"/>
              <w:bottom w:val="nil"/>
              <w:right w:val="nil"/>
              <w:insideH w:val="nil"/>
              <w:insideV w:val="nil"/>
            </w:tcBorders>
          </w:tcPr>
          <w:p>
            <w:pPr>
              <w:jc w:val="center"/>
            </w:pPr>
            <w:r>
              <w:rPr>
                <w:sz w:val="22"/>
              </w:rPr>
              <w:t>Name: ________________________________________________________________</w:t>
            </w:r>
          </w:p>
        </w:tc>
        <w:tc>
          <w:tcPr>
            <w:tcW w:type="dxa" w:w="4986"/>
            <w:tcBorders>
              <w:top w:val="nil"/>
              <w:left w:val="nil"/>
              <w:bottom w:val="nil"/>
              <w:right w:val="nil"/>
              <w:insideH w:val="nil"/>
              <w:insideV w:val="nil"/>
            </w:tcBorders>
          </w:tcPr>
          <w:p>
            <w:pPr>
              <w:jc w:val="center"/>
            </w:pPr>
            <w:r>
              <w:rPr>
                <w:sz w:val="22"/>
              </w:rPr>
              <w:t>Unterschrift: ________________________________________________________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https://persoenliche-dokumente.com/vollmacht-jagdgenossenschaft/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ollmacht-jagdgenossenschaft/"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