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VOLLMACHT ZUR ABHOLUNG EINES KRAFTFAHRZEUGS</w:t>
      </w:r>
    </w:p>
    <w:p/>
    <w:p/>
    <w:p>
      <w:r>
        <w:rPr>
          <w:b/>
          <w:sz w:val="22"/>
        </w:rPr>
        <w:t>Ich, der/die Unterzeichnende:</w:t>
      </w:r>
    </w:p>
    <w:p>
      <w:r>
        <w:rPr>
          <w:b w:val="0"/>
          <w:sz w:val="22"/>
        </w:rPr>
        <w:t>Name: 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________________________________________________________</w:t>
      </w:r>
    </w:p>
    <w:p/>
    <w:p>
      <w:r>
        <w:rPr>
          <w:b/>
          <w:sz w:val="22"/>
        </w:rPr>
        <w:t>bevollmächtige hiermit:</w:t>
      </w:r>
    </w:p>
    <w:p>
      <w:r>
        <w:rPr>
          <w:b w:val="0"/>
          <w:sz w:val="22"/>
        </w:rPr>
        <w:t>Name: 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________________________________________________________</w:t>
      </w:r>
    </w:p>
    <w:p/>
    <w:p>
      <w:r>
        <w:rPr>
          <w:b/>
          <w:sz w:val="22"/>
        </w:rPr>
        <w:t>das folgende Kraftfahrzeug abzuholen und in meinem Namen entgegenzunehmen:</w:t>
      </w:r>
    </w:p>
    <w:p>
      <w:r>
        <w:rPr>
          <w:b w:val="0"/>
          <w:sz w:val="22"/>
        </w:rPr>
        <w:t>Hersteller / Marke: ___________________________________________________</w:t>
      </w:r>
    </w:p>
    <w:p>
      <w:r>
        <w:rPr>
          <w:b w:val="0"/>
          <w:sz w:val="22"/>
        </w:rPr>
        <w:t>Modell / Typ: _________________________________________________________</w:t>
      </w:r>
    </w:p>
    <w:p>
      <w:r>
        <w:rPr>
          <w:b w:val="0"/>
          <w:sz w:val="22"/>
        </w:rPr>
        <w:t>Fahrgestellnummer (VIN): ______________________________________________</w:t>
      </w:r>
    </w:p>
    <w:p>
      <w:r>
        <w:rPr>
          <w:b w:val="0"/>
          <w:sz w:val="22"/>
        </w:rPr>
        <w:t>Kennzeichen: __________________________________________________________</w:t>
      </w:r>
    </w:p>
    <w:p/>
    <w:p>
      <w:r>
        <w:rPr>
          <w:b/>
          <w:sz w:val="22"/>
        </w:rPr>
        <w:t>Die Vollmacht umfasst insbesondere:</w:t>
      </w:r>
    </w:p>
    <w:p>
      <w:r>
        <w:rPr>
          <w:b w:val="0"/>
          <w:sz w:val="22"/>
        </w:rPr>
        <w:t>• Die Entgegennahme des Fahrzeugs und aller dazugehörigen Unterlagen (Fahrzeugschein, Fahrzeugbrief, Schlüssel, etc.)</w:t>
      </w:r>
    </w:p>
    <w:p>
      <w:r>
        <w:rPr>
          <w:b w:val="0"/>
          <w:sz w:val="22"/>
        </w:rPr>
        <w:t>• Die Unterzeichnung aller erforderlichen Empfangsbestätigungen und Dokumente</w:t>
      </w:r>
    </w:p>
    <w:p>
      <w:r>
        <w:rPr>
          <w:b w:val="0"/>
          <w:sz w:val="22"/>
        </w:rPr>
        <w:t>• Die Durchführung aller notwendigen Formalitäten im Zusammenhang mit der Fahrzeugübergabe</w:t>
      </w:r>
    </w:p>
    <w:p/>
    <w:p>
      <w:r>
        <w:rPr>
          <w:b/>
          <w:sz w:val="22"/>
        </w:rPr>
        <w:t>Diese Vollmacht ist gültig für die Abholung des oben genannten Fahrzeugs. Sie berechtigt nicht zur Übertragung des Eigentums oder zur Nutzung des Fahrzeugs über die Abholung hinaus.</w:t>
      </w:r>
    </w:p>
    <w:p/>
    <w:p/>
    <w:p>
      <w:r>
        <w:rPr>
          <w:b w:val="0"/>
          <w:sz w:val="22"/>
        </w:rPr>
        <w:t>Ort: _________________________________________________________________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Blockschrift: 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Blockschrift: 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https://persoenliche-dokumente.com/vollmacht-auto-abholen/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vollmacht-auto-abholen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