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2"/>
        </w:rPr>
        <w:t>VOLLMACHT AUF DAS AUFENTHALTSBESTIMMUNGSRECHT</w:t>
      </w:r>
    </w:p>
    <w:p/>
    <w:p/>
    <w:p>
      <w:r>
        <w:rPr>
          <w:b/>
          <w:sz w:val="22"/>
        </w:rPr>
        <w:t>Vollmachtgeber:</w:t>
      </w:r>
    </w:p>
    <w:p>
      <w:r>
        <w:rPr>
          <w:b w:val="0"/>
          <w:sz w:val="22"/>
        </w:rPr>
        <w:t>Name: _______________________________________________________________</w:t>
      </w:r>
    </w:p>
    <w:p>
      <w:r>
        <w:rPr>
          <w:b w:val="0"/>
          <w:sz w:val="22"/>
        </w:rPr>
        <w:t>Geburtsdatum: _______________________________________________________</w:t>
      </w:r>
    </w:p>
    <w:p>
      <w:r>
        <w:rPr>
          <w:b w:val="0"/>
          <w:sz w:val="22"/>
        </w:rPr>
        <w:t>Anschrift: ___________________________________________________________</w:t>
      </w:r>
    </w:p>
    <w:p/>
    <w:p>
      <w:r>
        <w:rPr>
          <w:b/>
          <w:sz w:val="22"/>
        </w:rPr>
        <w:t>Bevollmächtigter:</w:t>
      </w:r>
    </w:p>
    <w:p>
      <w:r>
        <w:rPr>
          <w:b w:val="0"/>
          <w:sz w:val="22"/>
        </w:rPr>
        <w:t>Name: _______________________________________________________________</w:t>
      </w:r>
    </w:p>
    <w:p>
      <w:r>
        <w:rPr>
          <w:b w:val="0"/>
          <w:sz w:val="22"/>
        </w:rPr>
        <w:t>Geburtsdatum: _______________________________________________________</w:t>
      </w:r>
    </w:p>
    <w:p>
      <w:r>
        <w:rPr>
          <w:b w:val="0"/>
          <w:sz w:val="22"/>
        </w:rPr>
        <w:t>Anschrift: ___________________________________________________________</w:t>
      </w:r>
    </w:p>
    <w:p/>
    <w:p>
      <w:r>
        <w:rPr>
          <w:b w:val="0"/>
          <w:sz w:val="22"/>
        </w:rPr>
        <w:t>Hiermit bevollmächtige ich den oben genannten Bevollmächtigten, mich in allen Angelegenheiten des Aufenthaltsbestimmungsrechts, insbesondere aber auch in Bezug auf Entscheidungen des täglichen Lebens, medizinische Maßnahmen, Wohnortwahl sowie sonstige persönliche Angelegenheiten, rechtsverbindlich zu vertreten und in meinem Namen zu handeln.</w:t>
      </w:r>
    </w:p>
    <w:p/>
    <w:p>
      <w:r>
        <w:rPr>
          <w:b/>
          <w:sz w:val="22"/>
        </w:rPr>
        <w:t>Die Vollmacht umfasst insbesondere das Recht,</w:t>
      </w:r>
    </w:p>
    <w:p>
      <w:r>
        <w:rPr>
          <w:b w:val="0"/>
          <w:sz w:val="22"/>
        </w:rPr>
        <w:t>– den Aufenthaltsort zu bestimmen und zu wechseln,</w:t>
      </w:r>
    </w:p>
    <w:p>
      <w:r>
        <w:rPr>
          <w:b w:val="0"/>
          <w:sz w:val="22"/>
        </w:rPr>
        <w:t>– notwendige Erklärungen gegenüber Behörden, Einrichtungen und Dritten abzugeben und entgegenzunehmen,</w:t>
      </w:r>
    </w:p>
    <w:p>
      <w:r>
        <w:rPr>
          <w:b w:val="0"/>
          <w:sz w:val="22"/>
        </w:rPr>
        <w:t>– Entscheidungen im Sinne des Aufenthaltsbestimmungsrechts zu treffen,</w:t>
      </w:r>
    </w:p>
    <w:p>
      <w:r>
        <w:rPr>
          <w:b w:val="0"/>
          <w:sz w:val="22"/>
        </w:rPr>
        <w:t>– alle erforderlichen Anträge zu stellen und entgegenzunehmen.</w:t>
      </w:r>
    </w:p>
    <w:p/>
    <w:p>
      <w:r>
        <w:rPr>
          <w:b w:val="0"/>
          <w:sz w:val="22"/>
        </w:rPr>
        <w:t>Diese Vollmacht gilt ab Unterzeichnung und bleibt gültig, bis sie von mir schriftlich widerrufen wird.</w:t>
      </w:r>
    </w:p>
    <w:p/>
    <w:p/>
    <w:p>
      <w:r>
        <w:rPr>
          <w:b w:val="0"/>
          <w:sz w:val="22"/>
        </w:rPr>
        <w:t>Ort, Datum: ___________________________________________________________</w:t>
      </w:r>
    </w:p>
    <w:p/>
    <w:p/>
    <w:p/>
    <w:tbl>
      <w:tblPr>
        <w:tblW w:type="auto" w:w="0"/>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Vollmachtgeber</w:t>
            </w:r>
          </w:p>
        </w:tc>
        <w:tc>
          <w:tcPr>
            <w:tcW w:type="dxa" w:w="4986"/>
            <w:tcBorders>
              <w:top w:val="nil"/>
              <w:left w:val="nil"/>
              <w:bottom w:val="nil"/>
              <w:right w:val="nil"/>
              <w:insideH w:val="nil"/>
              <w:insideV w:val="nil"/>
            </w:tcBorders>
          </w:tcPr>
          <w:p>
            <w:pPr>
              <w:jc w:val="center"/>
            </w:pPr>
            <w:r>
              <w:t>Bevollmächtigter</w:t>
            </w:r>
          </w:p>
        </w:tc>
      </w:tr>
      <w:tr>
        <w:tc>
          <w:tcPr>
            <w:tcW w:type="dxa" w:w="4986"/>
            <w:tcBorders>
              <w:top w:val="nil"/>
              <w:left w:val="nil"/>
              <w:bottom w:val="nil"/>
              <w:right w:val="nil"/>
              <w:insideH w:val="nil"/>
              <w:insideV w:val="nil"/>
            </w:tcBorders>
          </w:tcPr>
          <w:p>
            <w:pPr>
              <w:jc w:val="center"/>
            </w:pPr>
            <w:r>
              <w:br/>
              <w:br/>
              <w:t>Unterschrift: ________________________________</w:t>
            </w:r>
          </w:p>
        </w:tc>
        <w:tc>
          <w:tcPr>
            <w:tcW w:type="dxa" w:w="4986"/>
            <w:tcBorders>
              <w:top w:val="nil"/>
              <w:left w:val="nil"/>
              <w:bottom w:val="nil"/>
              <w:right w:val="nil"/>
              <w:insideH w:val="nil"/>
              <w:insideV w:val="nil"/>
            </w:tcBorders>
          </w:tcPr>
          <w:p>
            <w:pPr>
              <w:jc w:val="center"/>
            </w:pPr>
            <w:r>
              <w:br/>
              <w:br/>
              <w:t>Unterschrift: ________________________________</w:t>
            </w:r>
          </w:p>
        </w:tc>
      </w:tr>
      <w:tr>
        <w:tc>
          <w:tcPr>
            <w:tcW w:type="dxa" w:w="4986"/>
            <w:tcBorders>
              <w:top w:val="nil"/>
              <w:left w:val="nil"/>
              <w:bottom w:val="nil"/>
              <w:right w:val="nil"/>
              <w:insideH w:val="nil"/>
              <w:insideV w:val="nil"/>
            </w:tcBorders>
          </w:tcPr>
          <w:p>
            <w:pPr>
              <w:jc w:val="center"/>
            </w:pPr>
            <w:r>
              <w:t>Name in Druckbuchstaben: _____________________</w:t>
            </w:r>
          </w:p>
        </w:tc>
        <w:tc>
          <w:tcPr>
            <w:tcW w:type="dxa" w:w="4986"/>
            <w:tcBorders>
              <w:top w:val="nil"/>
              <w:left w:val="nil"/>
              <w:bottom w:val="nil"/>
              <w:right w:val="nil"/>
              <w:insideH w:val="nil"/>
              <w:insideV w:val="nil"/>
            </w:tcBorders>
          </w:tcPr>
          <w:p>
            <w:pPr>
              <w:jc w:val="center"/>
            </w:pPr>
            <w:r>
              <w:t>Name in Druckbuchstaben: 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https://persoenliche-dokumente.com/vollmacht-aufenthaltsbestimmungsrecht/</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https://persoenliche-dokumente.com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persoenliche-dokumente.com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ersoenliche-dokumente.com/vollmacht-aufenthaltsbestimmungsrecht/" TargetMode="External"/><Relationship Id="rId10" Type="http://schemas.openxmlformats.org/officeDocument/2006/relationships/hyperlink" Target="https://persoenliche-dokumen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