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4"/>
        </w:rPr>
        <w:t>VERDIENSTBESCHEINIGUNG (FORMLOS)</w:t>
      </w:r>
    </w:p>
    <w:p/>
    <w:p/>
    <w:p>
      <w:r>
        <w:rPr>
          <w:b w:val="0"/>
          <w:sz w:val="22"/>
        </w:rPr>
        <w:t>Hiermit wird bescheinigt, dass Frau/Herr _________________________________</w:t>
      </w:r>
    </w:p>
    <w:p>
      <w:r>
        <w:rPr>
          <w:b w:val="0"/>
          <w:sz w:val="22"/>
        </w:rPr>
        <w:t>geb. am _______________ in _________________________________, wohnhaft in</w:t>
      </w:r>
    </w:p>
    <w:p>
      <w:r>
        <w:rPr>
          <w:b w:val="0"/>
          <w:sz w:val="22"/>
        </w:rPr>
        <w:t>____________________________________________________________, seit dem ___________</w:t>
      </w:r>
    </w:p>
    <w:p>
      <w:r>
        <w:rPr>
          <w:b w:val="0"/>
          <w:sz w:val="22"/>
        </w:rPr>
        <w:t>bei uns beschäftigt ist.</w:t>
      </w:r>
    </w:p>
    <w:p/>
    <w:p>
      <w:r>
        <w:rPr>
          <w:b w:val="0"/>
          <w:sz w:val="22"/>
        </w:rPr>
        <w:t>Die Beschäftigung erfolgt als _____________________________________________.</w:t>
      </w:r>
    </w:p>
    <w:p>
      <w:r>
        <w:rPr>
          <w:b w:val="0"/>
          <w:sz w:val="22"/>
        </w:rPr>
        <w:t>Die regelmäßige Arbeitszeit beträgt __________ Stunden pro Woche.</w:t>
      </w:r>
    </w:p>
    <w:p/>
    <w:p>
      <w:r>
        <w:rPr>
          <w:b w:val="0"/>
          <w:sz w:val="22"/>
        </w:rPr>
        <w:t>Das monatliche Bruttogehalt beträgt __________________ Euro.</w:t>
      </w:r>
    </w:p>
    <w:p>
      <w:r>
        <w:rPr>
          <w:b w:val="0"/>
          <w:sz w:val="22"/>
        </w:rPr>
        <w:t>Die Auszahlung erfolgt jeweils zum __________ eines jeden Monats.</w:t>
      </w:r>
    </w:p>
    <w:p/>
    <w:p>
      <w:r>
        <w:rPr>
          <w:b w:val="0"/>
          <w:sz w:val="22"/>
        </w:rPr>
        <w:t>Das Arbeitsverhältnis besteht unbefristet / befristet bis ___________________.</w:t>
      </w:r>
    </w:p>
    <w:p/>
    <w:p>
      <w:r>
        <w:rPr>
          <w:b w:val="0"/>
          <w:sz w:val="22"/>
        </w:rPr>
        <w:t>Diese Verdienstbescheinigung wird auf Wunsch des Mitarbeiters ausgestellt und dient</w:t>
      </w:r>
    </w:p>
    <w:p>
      <w:r>
        <w:rPr>
          <w:b w:val="0"/>
          <w:sz w:val="22"/>
        </w:rPr>
        <w:t>dem Nachweis des Einkommens gegenüber Behörden, Institutionen oder Dritten.</w:t>
      </w:r>
    </w:p>
    <w:p/>
    <w:p/>
    <w:p>
      <w:r>
        <w:rPr>
          <w:b w:val="0"/>
          <w:sz w:val="22"/>
        </w:rPr>
        <w:t>Ort: ________________________________         Datum: ________________________________</w:t>
      </w:r>
    </w:p>
    <w:p/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Arbeitgeber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Mitarbeiter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Unterschrift: ________________________________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br/>
              <w:br/>
              <w:t>Unterschrift: ________________________________</w:t>
            </w:r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Originalquelle dieses Dokuments: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https://persoenliche-dokumente.com/verdienstbescheinigung-formlos/</w:t>
        </w:r>
      </w:hyperlink>
    </w:p>
    <w:p>
      <w:pPr>
        <w:jc w:val="center"/>
      </w:pPr>
      <w:r>
        <w:rPr>
          <w:color w:val="555555"/>
          <w:sz w:val="26"/>
        </w:rPr>
        <w:t>War diese Vorlage für Sie hilfreich?</w:t>
      </w:r>
    </w:p>
    <w:p>
      <w:pPr>
        <w:jc w:val="center"/>
      </w:pPr>
      <w:r>
        <w:rPr>
          <w:color w:val="555555"/>
          <w:sz w:val="26"/>
        </w:rPr>
        <w:t>Weitere aktuelle Vorlagen finden Sie unter: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https://persoenliche-dokumente.com</w:t>
        </w:r>
      </w:hyperlink>
    </w:p>
    <w:p>
      <w:pPr>
        <w:jc w:val="center"/>
      </w:pPr>
      <w:r>
        <w:rPr>
          <w:color w:val="808080"/>
          <w:sz w:val="20"/>
        </w:rPr>
        <w:t>Diese Vorlage ist ausschließlich für den persönlichen, nicht kommerziellen Gebrauch bestimmt.</w:t>
        <w:br/>
        <w:t>Bei Weitergabe oder Veröffentlichung ist die Nennung der Quelle verpflichtend. © persoenliche-dokumente.com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persoenliche-dokumente.com/verdienstbescheinigung-formlos/" TargetMode="External"/><Relationship Id="rId10" Type="http://schemas.openxmlformats.org/officeDocument/2006/relationships/hyperlink" Target="https://persoenliche-dokument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