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UNTERSCHRIFTENLISTE</w:t>
      </w:r>
    </w:p>
    <w:p/>
    <w:p/>
    <w:p>
      <w:r>
        <w:rPr>
          <w:b w:val="0"/>
          <w:sz w:val="20"/>
        </w:rPr>
        <w:t>Hiermit bestätigen die nachfolgend aufgeführten Personen ihre Kenntnisnahme und Zustimmung zu den vereinbarten Bedingungen. Diese Liste dient als Nachweis der Einwilligung und ist rechtlich verbindlich.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Name, Vorname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Adresse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Datum der Unterschrift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Unterschrift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</w:tbl>
    <w:p/>
    <w:p/>
    <w:p>
      <w:r>
        <w:rPr>
          <w:b w:val="0"/>
          <w:sz w:val="20"/>
        </w:rPr>
        <w:t>Diese Unterschriftenliste wurde gemäß den geltenden deutschen Rechtsvorschriften erstellt. Mit der Unterzeichnung bestätigen die Personen, dass sie die Inhalte gelesen, verstanden und akzeptiert haben.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https://persoenliche-dokumente.com/unterschriftenliste/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unterschriftenliste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