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KÜNDIGUNG DES SCHORNSTEINFEGERVERTRAGS</w:t>
      </w:r>
    </w:p>
    <w:p/>
    <w:p/>
    <w:p>
      <w:r>
        <w:rPr>
          <w:b w:val="0"/>
          <w:sz w:val="22"/>
        </w:rPr>
        <w:t>An:</w:t>
      </w:r>
    </w:p>
    <w:p>
      <w:r>
        <w:rPr>
          <w:b w:val="0"/>
          <w:sz w:val="22"/>
        </w:rPr>
        <w:t>Schornsteinfegerbetrieb</w:t>
      </w:r>
    </w:p>
    <w:p>
      <w:r>
        <w:rPr>
          <w:b w:val="0"/>
          <w:sz w:val="22"/>
        </w:rPr>
        <w:t>Name: ________________________________</w:t>
      </w:r>
    </w:p>
    <w:p>
      <w:r>
        <w:rPr>
          <w:b w:val="0"/>
          <w:sz w:val="22"/>
        </w:rPr>
        <w:t>Straße: ______________________________</w:t>
      </w:r>
    </w:p>
    <w:p>
      <w:r>
        <w:rPr>
          <w:b w:val="0"/>
          <w:sz w:val="22"/>
        </w:rPr>
        <w:t>PLZ, Ort: ____________________________</w:t>
      </w:r>
    </w:p>
    <w:p/>
    <w:p/>
    <w:p>
      <w:r>
        <w:rPr>
          <w:b w:val="0"/>
          <w:sz w:val="22"/>
        </w:rPr>
        <w:t>Von:</w:t>
      </w:r>
    </w:p>
    <w:p>
      <w:r>
        <w:rPr>
          <w:b w:val="0"/>
          <w:sz w:val="22"/>
        </w:rPr>
        <w:t>Name: ________________________________</w:t>
      </w:r>
    </w:p>
    <w:p>
      <w:r>
        <w:rPr>
          <w:b w:val="0"/>
          <w:sz w:val="22"/>
        </w:rPr>
        <w:t>Straße: ______________________________</w:t>
      </w:r>
    </w:p>
    <w:p>
      <w:r>
        <w:rPr>
          <w:b w:val="0"/>
          <w:sz w:val="22"/>
        </w:rPr>
        <w:t>PLZ, Ort: ____________________________</w:t>
      </w:r>
    </w:p>
    <w:p/>
    <w:p/>
    <w:p>
      <w:r>
        <w:rPr>
          <w:b/>
          <w:sz w:val="22"/>
        </w:rPr>
        <w:t>Betreff: Kündigung des Schornsteinfeger-Vertrages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den mit Ihnen bestehenden Vertrag über die Schornsteinfegerleistungen für mein Objekt fristgerecht zum nächstmöglichen Zeitpunkt.</w:t>
      </w:r>
    </w:p>
    <w:p/>
    <w:p>
      <w:r>
        <w:rPr>
          <w:b w:val="0"/>
          <w:sz w:val="22"/>
        </w:rPr>
        <w:t>Objektadresse:</w:t>
      </w:r>
    </w:p>
    <w:p>
      <w:r>
        <w:rPr>
          <w:b w:val="0"/>
          <w:sz w:val="22"/>
        </w:rPr>
        <w:t>Straße: ______________________________</w:t>
      </w:r>
    </w:p>
    <w:p>
      <w:r>
        <w:rPr>
          <w:b w:val="0"/>
          <w:sz w:val="22"/>
        </w:rPr>
        <w:t>PLZ, Ort: ____________________________</w:t>
      </w:r>
    </w:p>
    <w:p/>
    <w:p>
      <w:r>
        <w:rPr>
          <w:b w:val="0"/>
          <w:sz w:val="22"/>
        </w:rPr>
        <w:t>Ich bitte Sie, mir den Erhalt dieser Kündigung sowie das Vertragsende schriftlich zu bestätigen.</w:t>
      </w:r>
    </w:p>
    <w:p/>
    <w:p>
      <w:r>
        <w:rPr>
          <w:b w:val="0"/>
          <w:sz w:val="22"/>
        </w:rPr>
        <w:t>Bitte teilen Sie mir zudem mit, wer als nächster Schornsteinfeger für das Objekt zuständig sein wird.</w:t>
      </w:r>
    </w:p>
    <w:p/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https://persoenliche-dokumente.com/schornsteinfeger-kundigen/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schornsteinfeger-kundige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