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REISEPREISMINDERUNG WEGEN BAULÄRM</w:t>
      </w:r>
    </w:p>
    <w:p/>
    <w:p/>
    <w:p>
      <w:r>
        <w:rPr>
          <w:b w:val="0"/>
          <w:sz w:val="22"/>
        </w:rPr>
        <w:t>An</w:t>
      </w:r>
    </w:p>
    <w:p>
      <w:r>
        <w:rPr>
          <w:b w:val="0"/>
          <w:sz w:val="22"/>
        </w:rPr>
        <w:t>Reiseveranstalter / Vermieter</w:t>
      </w:r>
    </w:p>
    <w:p>
      <w:r>
        <w:rPr>
          <w:b w:val="0"/>
          <w:sz w:val="22"/>
        </w:rPr>
        <w:t>_______________________________________________________________</w:t>
      </w:r>
    </w:p>
    <w:p/>
    <w:p/>
    <w:p>
      <w:r>
        <w:rPr>
          <w:b w:val="0"/>
          <w:sz w:val="22"/>
        </w:rPr>
        <w:t>Von</w:t>
      </w:r>
    </w:p>
    <w:p>
      <w:r>
        <w:rPr>
          <w:b w:val="0"/>
          <w:sz w:val="22"/>
        </w:rPr>
        <w:t>Name: ___________________________________________________________</w:t>
      </w:r>
    </w:p>
    <w:p>
      <w:r>
        <w:rPr>
          <w:b w:val="0"/>
          <w:sz w:val="22"/>
        </w:rPr>
        <w:t>Adresse: ________________________________________________________</w:t>
      </w:r>
    </w:p>
    <w:p>
      <w:r>
        <w:rPr>
          <w:b w:val="0"/>
          <w:sz w:val="22"/>
        </w:rPr>
        <w:t>Telefon: _________________________________________________________</w:t>
      </w:r>
    </w:p>
    <w:p>
      <w:r>
        <w:rPr>
          <w:b w:val="0"/>
          <w:sz w:val="22"/>
        </w:rPr>
        <w:t>E-Mail: __________________________________________________________</w:t>
      </w:r>
    </w:p>
    <w:p/>
    <w:p/>
    <w:p>
      <w:r>
        <w:rPr>
          <w:b/>
          <w:sz w:val="22"/>
        </w:rPr>
        <w:t>Betreff:</w:t>
      </w:r>
    </w:p>
    <w:p>
      <w:r>
        <w:rPr>
          <w:b w:val="0"/>
          <w:sz w:val="22"/>
        </w:rPr>
        <w:t>Reisepreisminderung wegen erheblichem Baulärm während des Aufenthalts</w:t>
      </w:r>
    </w:p>
    <w:p/>
    <w:p/>
    <w:p>
      <w:r>
        <w:rPr>
          <w:b w:val="0"/>
          <w:sz w:val="22"/>
        </w:rPr>
        <w:t>Sehr geehrte Damen und Herren,</w:t>
      </w:r>
    </w:p>
    <w:p/>
    <w:p>
      <w:r>
        <w:rPr>
          <w:b w:val="0"/>
          <w:sz w:val="22"/>
        </w:rPr>
        <w:t>hiermit mache ich gegenüber Ihnen als Veranstalter / Vermieter eine Minderung des Reisepreises geltend aufgrund erheblicher und andauernder Baulärmbelästigung am Urlaubsort während meines Aufenthalts.</w:t>
      </w:r>
    </w:p>
    <w:p/>
    <w:p>
      <w:r>
        <w:rPr>
          <w:b w:val="0"/>
          <w:sz w:val="22"/>
        </w:rPr>
        <w:t>Reisezeitraum:</w:t>
      </w:r>
    </w:p>
    <w:p>
      <w:r>
        <w:rPr>
          <w:b w:val="0"/>
          <w:sz w:val="22"/>
        </w:rPr>
        <w:t>Von: ____________________________  Bis: ____________________________</w:t>
      </w:r>
    </w:p>
    <w:p>
      <w:r>
        <w:rPr>
          <w:b w:val="0"/>
          <w:sz w:val="22"/>
        </w:rPr>
        <w:t>Reiseziel / Unterkunft:</w:t>
      </w:r>
    </w:p>
    <w:p>
      <w:r>
        <w:rPr>
          <w:b w:val="0"/>
          <w:sz w:val="22"/>
        </w:rPr>
        <w:t>_______________________________________________________________</w:t>
      </w:r>
    </w:p>
    <w:p/>
    <w:p>
      <w:r>
        <w:rPr>
          <w:b/>
          <w:sz w:val="22"/>
        </w:rPr>
        <w:t>Sachverhalt:</w:t>
      </w:r>
    </w:p>
    <w:p>
      <w:r>
        <w:rPr>
          <w:b w:val="0"/>
          <w:sz w:val="22"/>
        </w:rPr>
        <w:t>Während des Aufenthalts kam es zu erheblichem Baulärm, der die Erholung erheblich beeinträchtigte. Die Lärmbelästigungen traten insbesondere zu folgenden Zeiten auf:</w:t>
      </w:r>
    </w:p>
    <w:p>
      <w:r>
        <w:rPr>
          <w:b w:val="0"/>
          <w:sz w:val="22"/>
        </w:rPr>
        <w:t>________________________________________________________________________</w:t>
      </w:r>
    </w:p>
    <w:p>
      <w:r>
        <w:rPr>
          <w:b w:val="0"/>
          <w:sz w:val="22"/>
        </w:rPr>
        <w:t>________________________________________________________________________</w:t>
      </w:r>
    </w:p>
    <w:p>
      <w:r>
        <w:rPr>
          <w:b w:val="0"/>
          <w:sz w:val="22"/>
        </w:rPr>
        <w:t>________________________________________________________________________</w:t>
      </w:r>
    </w:p>
    <w:p/>
    <w:p>
      <w:r>
        <w:rPr>
          <w:b/>
          <w:sz w:val="22"/>
        </w:rPr>
        <w:t>Rechtliche Grundlage:</w:t>
      </w:r>
    </w:p>
    <w:p>
      <w:r>
        <w:rPr>
          <w:b w:val="0"/>
          <w:sz w:val="22"/>
        </w:rPr>
        <w:t>Gemäß § 651g BGB steht dem Reisenden bei erheblichen Mängeln der Reise eine Minderung des Reisepreises zu. Der Baulärm stellt einen erheblichen Mangel dar, da er die Nutzung der Unterkunft und die Erholung stark einschränkt.</w:t>
      </w:r>
    </w:p>
    <w:p/>
    <w:p>
      <w:r>
        <w:rPr>
          <w:b/>
          <w:sz w:val="22"/>
        </w:rPr>
        <w:t>Forderung:</w:t>
      </w:r>
    </w:p>
    <w:p>
      <w:r>
        <w:rPr>
          <w:b w:val="0"/>
          <w:sz w:val="22"/>
        </w:rPr>
        <w:t>Ich fordere hiermit eine angemessene Minderung des Reisepreises in Höhe von _________________% des Gesamtpreises aufgrund der erheblichen Beeinträchtigung.</w:t>
      </w:r>
    </w:p>
    <w:p/>
    <w:p>
      <w:r>
        <w:rPr>
          <w:b w:val="0"/>
          <w:sz w:val="22"/>
        </w:rPr>
        <w:t>Bitte bestätigen Sie mir die Anerkennung der Minderung schriftlich und teilen Sie mir die Regelung der Rückerstattung mit.</w:t>
      </w:r>
    </w:p>
    <w:p/>
    <w:p/>
    <w:p>
      <w:r>
        <w:rPr>
          <w:b w:val="0"/>
          <w:sz w:val="22"/>
        </w:rPr>
        <w:t>Mit freundlichen Grüßen,</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_____________________________</w:t>
              <w:br/>
              <w:t>Unterschrift</w:t>
            </w:r>
          </w:p>
        </w:tc>
      </w:tr>
      <w:tr>
        <w:tc>
          <w:tcPr>
            <w:tcW w:type="dxa" w:w="9972"/>
            <w:tcBorders>
              <w:top w:val="nil"/>
              <w:left w:val="nil"/>
              <w:bottom w:val="nil"/>
              <w:right w:val="nil"/>
              <w:insideH w:val="nil"/>
              <w:insideV w:val="nil"/>
            </w:tcBorders>
          </w:tcPr>
          <w:p>
            <w:pPr>
              <w:jc w:val="left"/>
            </w:pPr>
            <w:r>
              <w:t>Name in Druckbuchstaben</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https://persoenliche-dokumente.com/reisepreisminderung-baularm-brief/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reisepreisminderung-baularm-brief/"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