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VOLLMACHT</w:t>
      </w:r>
    </w:p>
    <w:p/>
    <w:p/>
    <w:p>
      <w:r>
        <w:rPr>
          <w:b/>
          <w:sz w:val="22"/>
        </w:rPr>
        <w:t>Vollmachtgeber (Name, Vorname):</w:t>
      </w:r>
    </w:p>
    <w:p>
      <w:r>
        <w:rPr>
          <w:b w:val="0"/>
          <w:sz w:val="22"/>
        </w:rPr>
        <w:t>___________________________________________________________________</w:t>
      </w:r>
    </w:p>
    <w:p>
      <w:r>
        <w:rPr>
          <w:b/>
          <w:sz w:val="22"/>
        </w:rPr>
        <w:t>Geburtsdatum:</w:t>
      </w:r>
    </w:p>
    <w:p>
      <w:r>
        <w:rPr>
          <w:b w:val="0"/>
          <w:sz w:val="22"/>
        </w:rPr>
        <w:t>__________________________</w:t>
      </w:r>
    </w:p>
    <w:p>
      <w:r>
        <w:rPr>
          <w:b/>
          <w:sz w:val="22"/>
        </w:rPr>
        <w:t>Anschrift:</w:t>
      </w:r>
    </w:p>
    <w:p>
      <w:r>
        <w:rPr>
          <w:b w:val="0"/>
          <w:sz w:val="22"/>
        </w:rPr>
        <w:t>___________________________________________________________________</w:t>
      </w:r>
    </w:p>
    <w:p/>
    <w:p>
      <w:r>
        <w:rPr>
          <w:b/>
          <w:sz w:val="22"/>
        </w:rPr>
        <w:t>Bevollmächtigter (Name, Vorname):</w:t>
      </w:r>
    </w:p>
    <w:p>
      <w:r>
        <w:rPr>
          <w:b w:val="0"/>
          <w:sz w:val="22"/>
        </w:rPr>
        <w:t>___________________________________________________________________</w:t>
      </w:r>
    </w:p>
    <w:p>
      <w:r>
        <w:rPr>
          <w:b/>
          <w:sz w:val="22"/>
        </w:rPr>
        <w:t>Geburtsdatum:</w:t>
      </w:r>
    </w:p>
    <w:p>
      <w:r>
        <w:rPr>
          <w:b w:val="0"/>
          <w:sz w:val="22"/>
        </w:rPr>
        <w:t>__________________________</w:t>
      </w:r>
    </w:p>
    <w:p>
      <w:r>
        <w:rPr>
          <w:b/>
          <w:sz w:val="22"/>
        </w:rPr>
        <w:t>Anschrift:</w:t>
      </w:r>
    </w:p>
    <w:p>
      <w:r>
        <w:rPr>
          <w:b w:val="0"/>
          <w:sz w:val="22"/>
        </w:rPr>
        <w:t>___________________________________________________________________</w:t>
      </w:r>
    </w:p>
    <w:p/>
    <w:p>
      <w:r>
        <w:rPr>
          <w:b w:val="0"/>
          <w:sz w:val="22"/>
        </w:rPr>
        <w:t>Hiermit erteile ich dem oben genannten Bevollmächtigten die Vollmacht, mich gegenüber der Knappschaft-Bahn-See (KBS) in allen Angelegenheiten zu vertreten.</w:t>
      </w:r>
    </w:p>
    <w:p/>
    <w:p>
      <w:r>
        <w:rPr>
          <w:b/>
          <w:sz w:val="22"/>
        </w:rPr>
        <w:t>Die Vollmacht umfasst insbesondere folgende Bereiche:</w:t>
      </w:r>
    </w:p>
    <w:p>
      <w:r>
        <w:rPr>
          <w:b w:val="0"/>
          <w:sz w:val="22"/>
        </w:rPr>
        <w:t>• Antragstellung und Entgegennahme von Bescheiden und Schriftverkehr</w:t>
      </w:r>
    </w:p>
    <w:p>
      <w:r>
        <w:rPr>
          <w:b w:val="0"/>
          <w:sz w:val="22"/>
        </w:rPr>
        <w:t>• Einholung von Auskünften und Beratung</w:t>
      </w:r>
    </w:p>
    <w:p>
      <w:r>
        <w:rPr>
          <w:b w:val="0"/>
          <w:sz w:val="22"/>
        </w:rPr>
        <w:t>• Vornahme von Erklärungen und Unterschriften im Zusammenhang mit Sozialversicherungsangelegenheiten</w:t>
      </w:r>
    </w:p>
    <w:p>
      <w:r>
        <w:rPr>
          <w:b w:val="0"/>
          <w:sz w:val="22"/>
        </w:rPr>
        <w:t>• Vertretung in Widerspruchs- und Rechtsbehelfsverfahren</w:t>
      </w:r>
    </w:p>
    <w:p>
      <w:r>
        <w:rPr>
          <w:b w:val="0"/>
          <w:sz w:val="22"/>
        </w:rPr>
        <w:t>• Sonstige mit der Vertretung in Zusammenhang stehende Tätigkeiten</w:t>
      </w:r>
    </w:p>
    <w:p/>
    <w:p>
      <w:r>
        <w:rPr>
          <w:b w:val="0"/>
          <w:sz w:val="22"/>
        </w:rPr>
        <w:t>Diese Vollmacht gilt gemäß § 80 SGB X und § 185 BGB.</w:t>
      </w:r>
    </w:p>
    <w:p/>
    <w:p>
      <w:r>
        <w:rPr>
          <w:b w:val="0"/>
          <w:sz w:val="22"/>
        </w:rPr>
        <w:t>Die Vollmacht ist gültig bis auf Widerruf.</w:t>
      </w:r>
    </w:p>
    <w:p/>
    <w:p/>
    <w:p>
      <w:r>
        <w:rPr>
          <w:b/>
          <w:sz w:val="22"/>
        </w:rPr>
        <w:t>Ort: ______________________________________________________________</w:t>
      </w:r>
    </w:p>
    <w:p>
      <w:r>
        <w:rPr>
          <w:b/>
          <w:sz w:val="22"/>
        </w:rPr>
        <w:t>Datum: ____________________________________________________________</w:t>
      </w:r>
    </w:p>
    <w:p/>
    <w:p/>
    <w:p>
      <w:r>
        <w:rPr>
          <w:b/>
          <w:sz w:val="22"/>
        </w:rPr>
        <w:t>Unterschrift Vollmachtgeber:</w:t>
      </w:r>
    </w:p>
    <w:p>
      <w:r>
        <w:rPr>
          <w:b w:val="0"/>
          <w:sz w:val="22"/>
        </w:rPr>
        <w:t>___________________________________________________________________</w:t>
      </w:r>
    </w:p>
    <w:p/>
    <w:p/>
    <w:p>
      <w:r>
        <w:rPr>
          <w:b/>
          <w:sz w:val="22"/>
        </w:rPr>
        <w:t>Unterschrift Bevollmächtigter:</w:t>
      </w:r>
    </w:p>
    <w:p>
      <w:r>
        <w:rPr>
          <w:b w:val="0"/>
          <w:sz w:val="22"/>
        </w:rPr>
        <w:t>___________________________________________________________________</w:t>
      </w:r>
    </w:p>
    <w:p/>
    <w:p/>
    <w:p>
      <w:r>
        <w:rPr>
          <w:b/>
          <w:sz w:val="22"/>
        </w:rPr>
        <w:t>Zeuge (Name, Vorname):</w:t>
      </w:r>
    </w:p>
    <w:p>
      <w:r>
        <w:rPr>
          <w:b w:val="0"/>
          <w:sz w:val="22"/>
        </w:rPr>
        <w:t>___________________________________________________________________</w:t>
      </w:r>
    </w:p>
    <w:p>
      <w:r>
        <w:rPr>
          <w:b/>
          <w:sz w:val="22"/>
        </w:rPr>
        <w:t>Unterschrift Zeuge:</w:t>
      </w:r>
    </w:p>
    <w:p>
      <w:r>
        <w:rPr>
          <w:b w:val="0"/>
          <w:sz w:val="22"/>
        </w:rPr>
        <w:t>___________________________________________________________________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https://persoenliche-dokumente.com/knappschaft-vollmacht/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https://persoenliche-dokumente.com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persoenliche-dokumente.com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persoenliche-dokumente.com/knappschaft-vollmacht/" TargetMode="External"/><Relationship Id="rId10" Type="http://schemas.openxmlformats.org/officeDocument/2006/relationships/hyperlink" Target="https://persoenliche-dokumen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