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KASSENÜBERGABE PROTOKOLL</w:t>
      </w:r>
    </w:p>
    <w:p/>
    <w:p/>
    <w:p>
      <w:r>
        <w:rPr>
          <w:b/>
          <w:sz w:val="22"/>
        </w:rPr>
        <w:t>Verein / Organisation:</w:t>
      </w:r>
    </w:p>
    <w:p>
      <w:r>
        <w:rPr>
          <w:b w:val="0"/>
          <w:sz w:val="22"/>
        </w:rPr>
        <w:t>________________________________________________________________________</w:t>
      </w:r>
    </w:p>
    <w:p/>
    <w:p>
      <w:r>
        <w:rPr>
          <w:b/>
          <w:sz w:val="22"/>
        </w:rPr>
        <w:t>Ort der Übergabe:</w:t>
      </w:r>
    </w:p>
    <w:p>
      <w:r>
        <w:rPr>
          <w:b w:val="0"/>
          <w:sz w:val="22"/>
        </w:rPr>
        <w:t>________________________________________________________________________</w:t>
      </w:r>
    </w:p>
    <w:p/>
    <w:p>
      <w:r>
        <w:rPr>
          <w:b/>
          <w:sz w:val="22"/>
        </w:rPr>
        <w:t>Übergabedatum:</w:t>
      </w:r>
    </w:p>
    <w:p>
      <w:r>
        <w:rPr>
          <w:b w:val="0"/>
          <w:sz w:val="22"/>
        </w:rPr>
        <w:t>________________________________________________________________________</w:t>
      </w:r>
    </w:p>
    <w:p/>
    <w:p/>
    <w:p>
      <w:r>
        <w:rPr>
          <w:b/>
          <w:sz w:val="22"/>
        </w:rPr>
        <w:t>Übergabe erfolgt von (Name, Funktion):</w:t>
      </w:r>
    </w:p>
    <w:p>
      <w:r>
        <w:rPr>
          <w:b w:val="0"/>
          <w:sz w:val="22"/>
        </w:rPr>
        <w:t>________________________________________________________________________</w:t>
      </w:r>
    </w:p>
    <w:p/>
    <w:p>
      <w:r>
        <w:rPr>
          <w:b/>
          <w:sz w:val="22"/>
        </w:rPr>
        <w:t>Übergabe erfolgt an (Name, Funktion):</w:t>
      </w:r>
    </w:p>
    <w:p>
      <w:r>
        <w:rPr>
          <w:b w:val="0"/>
          <w:sz w:val="22"/>
        </w:rPr>
        <w:t>________________________________________________________________________</w:t>
      </w:r>
    </w:p>
    <w:p/>
    <w:p/>
    <w:p>
      <w:r>
        <w:rPr>
          <w:b/>
          <w:sz w:val="22"/>
        </w:rPr>
        <w:t>1. Kassenstand bei Übergabe (Bargeld, Konto, sonstiges):</w:t>
      </w:r>
    </w:p>
    <w:p>
      <w:r>
        <w:rPr>
          <w:b w:val="0"/>
          <w:sz w:val="22"/>
        </w:rPr>
        <w:t>Bargeld: _______________________ EUR</w:t>
      </w:r>
    </w:p>
    <w:p>
      <w:r>
        <w:rPr>
          <w:b w:val="0"/>
          <w:sz w:val="22"/>
        </w:rPr>
        <w:t>Konto: _________________________ EUR</w:t>
      </w:r>
    </w:p>
    <w:p>
      <w:r>
        <w:rPr>
          <w:b w:val="0"/>
          <w:sz w:val="22"/>
        </w:rPr>
        <w:t>Sonstiges: ______________________ EUR</w:t>
      </w:r>
    </w:p>
    <w:p>
      <w:r>
        <w:rPr>
          <w:b w:val="0"/>
          <w:sz w:val="22"/>
        </w:rPr>
        <w:t>Gesamt: _________________________ EUR</w:t>
      </w:r>
    </w:p>
    <w:p/>
    <w:p/>
    <w:p>
      <w:r>
        <w:rPr>
          <w:b/>
          <w:sz w:val="22"/>
        </w:rPr>
        <w:t>2. Übergebene Unterlagen und Belege (z.B. Kassenbuch, Quittungen):</w:t>
      </w:r>
    </w:p>
    <w:p>
      <w:r>
        <w:rPr>
          <w:b w:val="0"/>
          <w:sz w:val="22"/>
        </w:rPr>
        <w:t>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</w:t>
      </w:r>
    </w:p>
    <w:p/>
    <w:p/>
    <w:p>
      <w:r>
        <w:rPr>
          <w:b/>
          <w:sz w:val="22"/>
        </w:rPr>
        <w:t>3. Feststellungen bei der Übergabe:</w:t>
      </w:r>
    </w:p>
    <w:p>
      <w:r>
        <w:rPr>
          <w:b w:val="0"/>
          <w:sz w:val="22"/>
        </w:rPr>
        <w:t>- Zustand der Kasse: ___________________________________________________</w:t>
      </w:r>
    </w:p>
    <w:p>
      <w:r>
        <w:rPr>
          <w:b w:val="0"/>
          <w:sz w:val="22"/>
        </w:rPr>
        <w:t>- Vollständigkeit der Unterlagen: _______________________________________</w:t>
      </w:r>
    </w:p>
    <w:p>
      <w:r>
        <w:rPr>
          <w:b w:val="0"/>
          <w:sz w:val="22"/>
        </w:rPr>
        <w:t>- Besonderheiten / Auffälligkeiten: ______________________________________</w:t>
      </w:r>
    </w:p>
    <w:p/>
    <w:p/>
    <w:p>
      <w:r>
        <w:rPr>
          <w:b/>
          <w:sz w:val="22"/>
        </w:rPr>
        <w:t>4. Haftung und Bestätigung:</w:t>
      </w:r>
    </w:p>
    <w:p>
      <w:r>
        <w:rPr>
          <w:b w:val="0"/>
          <w:sz w:val="22"/>
        </w:rPr>
        <w:t>Mit der Unterzeichnung bestätigen beide Parteien, dass die Kassenübergabe ordnungsgemäß erfolgt ist und der Kassenstand sowie die Unterlagen vollständig und korrekt übergeben wurden.</w:t>
      </w:r>
    </w:p>
    <w:p>
      <w:r>
        <w:rPr>
          <w:b w:val="0"/>
          <w:sz w:val="22"/>
        </w:rPr>
        <w:t>Eventuelle Differenzen oder Beanstandungen sind oben vermerkt.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Übergabe durch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Übernahme durch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Name, Funktion: 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Name, Funktion: 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https://persoenliche-dokumente.com/kassenubergabe-protokoll-verein/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https://persoenliche-dokumente.com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persoenliche-dokumente.com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persoenliche-dokumente.com/kassenubergabe-protokoll-verein/" TargetMode="External"/><Relationship Id="rId10" Type="http://schemas.openxmlformats.org/officeDocument/2006/relationships/hyperlink" Target="https://persoenliche-dokumen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