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ANTRAG AUF AUSSTELLUNG EINER GEBURTSURKUNDE</w:t>
      </w:r>
    </w:p>
    <w:p/>
    <w:p/>
    <w:p>
      <w:r>
        <w:rPr>
          <w:b/>
          <w:sz w:val="22"/>
        </w:rPr>
        <w:t>Absender / Antragsteller</w:t>
      </w:r>
    </w:p>
    <w:p>
      <w:r>
        <w:rPr>
          <w:b w:val="0"/>
          <w:sz w:val="22"/>
        </w:rPr>
        <w:t>Name: ____________________________________________________________</w:t>
      </w:r>
    </w:p>
    <w:p>
      <w:r>
        <w:rPr>
          <w:b w:val="0"/>
          <w:sz w:val="22"/>
        </w:rPr>
        <w:t>Vorname: _________________________________________________________</w:t>
      </w:r>
    </w:p>
    <w:p>
      <w:r>
        <w:rPr>
          <w:b w:val="0"/>
          <w:sz w:val="22"/>
        </w:rPr>
        <w:t>Straße, Hausnummer: _______________________________________________</w:t>
      </w:r>
    </w:p>
    <w:p>
      <w:r>
        <w:rPr>
          <w:b w:val="0"/>
          <w:sz w:val="22"/>
        </w:rPr>
        <w:t>PLZ, Ort: _________________________________________________________</w:t>
      </w:r>
    </w:p>
    <w:p>
      <w:r>
        <w:rPr>
          <w:b w:val="0"/>
          <w:sz w:val="22"/>
        </w:rPr>
        <w:t>Telefonnummer: ____________________________________________________</w:t>
      </w:r>
    </w:p>
    <w:p>
      <w:r>
        <w:rPr>
          <w:b w:val="0"/>
          <w:sz w:val="22"/>
        </w:rPr>
        <w:t>E-Mail-Adresse: ____________________________________________________</w:t>
      </w:r>
    </w:p>
    <w:p/>
    <w:p>
      <w:r>
        <w:rPr>
          <w:b/>
          <w:sz w:val="22"/>
        </w:rPr>
        <w:t>An das Standesamt</w:t>
      </w:r>
    </w:p>
    <w:p>
      <w:r>
        <w:rPr>
          <w:b w:val="0"/>
          <w:sz w:val="22"/>
        </w:rPr>
        <w:t>Straße, Hausnummer: _______________________________________________</w:t>
      </w:r>
    </w:p>
    <w:p>
      <w:r>
        <w:rPr>
          <w:b w:val="0"/>
          <w:sz w:val="22"/>
        </w:rPr>
        <w:t>PLZ, Ort: _________________________________________________________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Ausstellung einer Geburtsurkunde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Ausstellung einer Geburtsurkunde.</w:t>
      </w:r>
    </w:p>
    <w:p>
      <w:r>
        <w:rPr>
          <w:b w:val="0"/>
          <w:sz w:val="22"/>
        </w:rPr>
        <w:t>Folgende Angaben zur Person liegen vor: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Vorname der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Nachname der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Geburtsdatum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Geburtsort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Name der Mutter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Name des Vaters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</w:t>
            </w:r>
          </w:p>
        </w:tc>
      </w:tr>
    </w:tbl>
    <w:p/>
    <w:p>
      <w:r>
        <w:rPr>
          <w:b w:val="0"/>
          <w:sz w:val="22"/>
        </w:rPr>
        <w:t>Ich benötige diese Urkunde für folgende Zwecke: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 w:val="0"/>
          <w:sz w:val="22"/>
        </w:rPr>
        <w:t>Ich versichere, dass die gemachten Angaben vollständig und wahrheitsgemäß sind.</w:t>
      </w:r>
    </w:p>
    <w:p/>
    <w:p/>
    <w:p>
      <w:r>
        <w:rPr>
          <w:b w:val="0"/>
          <w:sz w:val="22"/>
        </w:rPr>
        <w:t>Ort: ___________________________________</w:t>
      </w:r>
    </w:p>
    <w:p>
      <w:r>
        <w:rPr>
          <w:b w:val="0"/>
          <w:sz w:val="22"/>
        </w:rPr>
        <w:t>Datum: _________________________________</w:t>
      </w:r>
    </w:p>
    <w:p/>
    <w:p/>
    <w:p>
      <w:r>
        <w:rPr>
          <w:b w:val="0"/>
          <w:sz w:val="22"/>
        </w:rPr>
        <w:t>Unterschrift: ___________________________</w:t>
      </w:r>
    </w:p>
    <w:p/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https://persoenliche-dokumente.com/geburtsurkunde-beantragen-brief/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geburtsurkunde-beantragen-brief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