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ÄNDERUNG DER FLUGZEITEN BEI PAUSCHALREISE</w:t>
      </w:r>
    </w:p>
    <w:p/>
    <w:p/>
    <w:p>
      <w:r>
        <w:rPr>
          <w:b/>
          <w:sz w:val="22"/>
        </w:rPr>
        <w:t>Absender (Reisender):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>
      <w:r>
        <w:rPr>
          <w:b w:val="0"/>
          <w:sz w:val="22"/>
        </w:rPr>
        <w:t>Telefon: 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</w:t>
      </w:r>
    </w:p>
    <w:p/>
    <w:p>
      <w:r>
        <w:rPr>
          <w:b/>
          <w:sz w:val="22"/>
        </w:rPr>
        <w:t>Empfänger (Reiseveranstalter):</w:t>
      </w:r>
    </w:p>
    <w:p>
      <w:r>
        <w:rPr>
          <w:b w:val="0"/>
          <w:sz w:val="22"/>
        </w:rPr>
        <w:t>Name/Firma: 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Änderung der Flugzeiten bei gebuchter Pauschalreise</w:t>
      </w:r>
    </w:p>
    <w:p/>
    <w:p>
      <w:r>
        <w:rPr>
          <w:b w:val="0"/>
          <w:sz w:val="22"/>
        </w:rPr>
        <w:t>Sehr geehrte Damen und Herren,</w:t>
      </w:r>
    </w:p>
    <w:p/>
    <w:p>
      <w:r>
        <w:rPr>
          <w:b/>
          <w:sz w:val="22"/>
        </w:rPr>
        <w:t>hiermit nehme ich Bezug auf die gebuchte Pauschalreise, die folgende Flugdaten umfasst:</w:t>
      </w:r>
    </w:p>
    <w:p/>
    <w:p>
      <w:r>
        <w:rPr>
          <w:b w:val="0"/>
          <w:sz w:val="22"/>
        </w:rPr>
        <w:t>Flugnummer Hinflug: _______________________________________________</w:t>
      </w:r>
    </w:p>
    <w:p>
      <w:r>
        <w:rPr>
          <w:b w:val="0"/>
          <w:sz w:val="22"/>
        </w:rPr>
        <w:t>Abflugort Hinflug: _________________________________________________</w:t>
      </w:r>
    </w:p>
    <w:p>
      <w:r>
        <w:rPr>
          <w:b w:val="0"/>
          <w:sz w:val="22"/>
        </w:rPr>
        <w:t>Ankunftsort Hinflug: _______________________________________________</w:t>
      </w:r>
    </w:p>
    <w:p>
      <w:r>
        <w:rPr>
          <w:b w:val="0"/>
          <w:sz w:val="22"/>
        </w:rPr>
        <w:t>Ursprünglicher Abflugtermin und -zeit Hinflug: _____________________</w:t>
      </w:r>
    </w:p>
    <w:p>
      <w:r>
        <w:rPr>
          <w:b w:val="0"/>
          <w:sz w:val="22"/>
        </w:rPr>
        <w:t>Geänderter Abflugtermin und -zeit Hinflug: _________________________</w:t>
      </w:r>
    </w:p>
    <w:p/>
    <w:p>
      <w:r>
        <w:rPr>
          <w:b w:val="0"/>
          <w:sz w:val="22"/>
        </w:rPr>
        <w:t>Flugnummer Rückflug: ______________________________________________</w:t>
      </w:r>
    </w:p>
    <w:p>
      <w:r>
        <w:rPr>
          <w:b w:val="0"/>
          <w:sz w:val="22"/>
        </w:rPr>
        <w:t>Abflugort Rückflug: ________________________________________________</w:t>
      </w:r>
    </w:p>
    <w:p>
      <w:r>
        <w:rPr>
          <w:b w:val="0"/>
          <w:sz w:val="22"/>
        </w:rPr>
        <w:t>Ankunftsort Rückflug: ______________________________________________</w:t>
      </w:r>
    </w:p>
    <w:p>
      <w:r>
        <w:rPr>
          <w:b w:val="0"/>
          <w:sz w:val="22"/>
        </w:rPr>
        <w:t>Ursprünglicher Abflugtermin und -zeit Rückflug: ____________________</w:t>
      </w:r>
    </w:p>
    <w:p>
      <w:r>
        <w:rPr>
          <w:b w:val="0"/>
          <w:sz w:val="22"/>
        </w:rPr>
        <w:t>Geänderter Abflugtermin und -zeit Rückflug: ________________________</w:t>
      </w:r>
    </w:p>
    <w:p/>
    <w:p>
      <w:r>
        <w:rPr>
          <w:b/>
          <w:sz w:val="22"/>
        </w:rPr>
        <w:t>Diese Änderung wurde mir mitgeteilt und stellt eine wesentliche Abweichung vom ursprünglich vereinbarten Reisevertrag dar.</w:t>
      </w:r>
    </w:p>
    <w:p/>
    <w:p>
      <w:r>
        <w:rPr>
          <w:b/>
          <w:sz w:val="22"/>
        </w:rPr>
        <w:t>Gemäß § 651a BGB und den EU-Pauschalreiserichtlinien ist eine wesentliche Änderung der Reiseleistung durch den Reiseveranstalter nur mit meiner Zustimmung zulässig. Ohne meine Zustimmung gilt die Reise als nicht vertragsgemäß erfüllt.</w:t>
      </w:r>
    </w:p>
    <w:p/>
    <w:p>
      <w:r>
        <w:rPr>
          <w:b/>
          <w:sz w:val="22"/>
        </w:rPr>
        <w:t>Ich fordere daher eine schriftliche Bestätigung, dass ich mit der Änderung einverstanden bin bzw. eine alternative Lösung, wie z.B. Umbuchung auf einen gleichwertigen Flug oder Erstattung von Mehrkosten.</w:t>
      </w:r>
    </w:p>
    <w:p/>
    <w:p>
      <w:r>
        <w:rPr>
          <w:b/>
          <w:sz w:val="22"/>
        </w:rPr>
        <w:t>Sollte keine einvernehmliche Lösung zustande kommen, behalte ich mir vor, vom Reisevertrag zurückzutreten und gegebenenfalls Schadensersatz zu verlangen.</w:t>
      </w:r>
    </w:p>
    <w:p/>
    <w:p/>
    <w:p>
      <w:r>
        <w:rPr>
          <w:b w:val="0"/>
          <w:sz w:val="22"/>
        </w:rPr>
        <w:t>Ich bitte um eine zeitnahe Rückmeldung.</w:t>
      </w:r>
    </w:p>
    <w:p/>
    <w:p/>
    <w:p/>
    <w:p>
      <w:r>
        <w:rPr>
          <w:b w:val="0"/>
          <w:sz w:val="22"/>
        </w:rPr>
        <w:t>Ort: 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Reisender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Reiseveranstalter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https://persoenliche-dokumente.com/flugzeitenanderung-pauschalreise-brief/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flugzeitenanderung-pauschalreise-brief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