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sz w:val="20"/>
        </w:rPr>
        <w:t>EINKAUFSVOLLMACHT</w:t>
      </w:r>
    </w:p>
    <w:p/>
    <w:p>
      <w:r>
        <w:rPr>
          <w:b/>
          <w:sz w:val="20"/>
        </w:rPr>
        <w:t>Vollmachtgeber:</w:t>
      </w:r>
    </w:p>
    <w:p>
      <w:r>
        <w:rPr>
          <w:b w:val="0"/>
          <w:sz w:val="20"/>
        </w:rPr>
        <w:t>Name:</w:t>
      </w:r>
    </w:p>
    <w:p>
      <w:r>
        <w:rPr>
          <w:b w:val="0"/>
          <w:sz w:val="20"/>
        </w:rPr>
        <w:t>Anschrift:</w:t>
      </w:r>
    </w:p>
    <w:p>
      <w:r>
        <w:rPr>
          <w:b w:val="0"/>
          <w:sz w:val="20"/>
        </w:rPr>
        <w:t>Geburtsdatum:</w:t>
      </w:r>
    </w:p>
    <w:p/>
    <w:p>
      <w:r>
        <w:rPr>
          <w:b/>
          <w:sz w:val="20"/>
        </w:rPr>
        <w:t>Bevollmächtigter:</w:t>
      </w:r>
    </w:p>
    <w:p>
      <w:r>
        <w:rPr>
          <w:b w:val="0"/>
          <w:sz w:val="20"/>
        </w:rPr>
        <w:t>Name:</w:t>
      </w:r>
    </w:p>
    <w:p>
      <w:r>
        <w:rPr>
          <w:b w:val="0"/>
          <w:sz w:val="20"/>
        </w:rPr>
        <w:t>Anschrift:</w:t>
      </w:r>
    </w:p>
    <w:p>
      <w:r>
        <w:rPr>
          <w:b w:val="0"/>
          <w:sz w:val="20"/>
        </w:rPr>
        <w:t>Geburtsdatum:</w:t>
      </w:r>
    </w:p>
    <w:p/>
    <w:p>
      <w:r>
        <w:rPr>
          <w:b/>
          <w:sz w:val="20"/>
        </w:rPr>
        <w:t>Vollmachtumfang:</w:t>
      </w:r>
    </w:p>
    <w:p>
      <w:r>
        <w:rPr>
          <w:b w:val="0"/>
          <w:sz w:val="20"/>
        </w:rPr>
        <w:t>Hiermit bevollmächtigt der Vollmachtgeber den Bevollmächtigten, für ihn folgende Handlungen vorzunehmen:</w:t>
      </w:r>
    </w:p>
    <w:p>
      <w:r>
        <w:rPr>
          <w:b w:val="0"/>
          <w:sz w:val="20"/>
        </w:rPr>
        <w:t>- Abschluss von Kaufverträgen über Waren und Dienstleistungen</w:t>
        <w:br/>
        <w:t>- Entgegennahme und Prüfung von Warenlieferungen</w:t>
        <w:br/>
        <w:t>- Vornahme von Zahlungen im Zusammenhang mit Einkäufen</w:t>
        <w:br/>
        <w:t>- Korrespondenz mit Lieferanten und Dienstleistern</w:t>
        <w:br/>
        <w:t>- Vertretung bei Gewährleistungs- und Reklamationsangelegenheiten</w:t>
        <w:br/>
        <w:t>- Alle weiteren Handlungen, die mit dem Einkauf in Zusammenhang stehen</w:t>
      </w:r>
    </w:p>
    <w:p/>
    <w:p>
      <w:r>
        <w:rPr>
          <w:b/>
          <w:sz w:val="20"/>
        </w:rPr>
        <w:t>Rechtsgrundlagen und Wirksamkeit:</w:t>
      </w:r>
    </w:p>
    <w:p>
      <w:r>
        <w:rPr>
          <w:b w:val="0"/>
          <w:sz w:val="20"/>
        </w:rPr>
        <w:t>Diese Vollmacht wird rechtswirksam und gilt bis auf Widerruf. Der Bevollmächtigte ist berechtigt, Untervollmachten zu erteilen. Der Vollmachtgeber bestätigt, dass er die Vollmacht freiwillig erteilt und alle rechtlichen Konsequenzen kennt.</w:t>
      </w:r>
    </w:p>
    <w:p/>
    <w:p>
      <w:r>
        <w:rPr>
          <w:b/>
          <w:sz w:val="20"/>
        </w:rPr>
        <w:t>Haftungsausschluss:</w:t>
      </w:r>
    </w:p>
    <w:p>
      <w:r>
        <w:rPr>
          <w:b w:val="0"/>
          <w:sz w:val="20"/>
        </w:rPr>
        <w:t>Der Vollmachtgeber stellt den Bevollmächtigten von sämtlichen Ansprüchen Dritter frei, die aus dem Handeln des Bevollmächtigten im Rahmen dieser Vollmacht entstehen, sofern diese nicht auf grober Fahrlässigkeit oder Vorsatz beruhen.</w:t>
      </w:r>
    </w:p>
    <w:p/>
    <w:p>
      <w:r>
        <w:rPr>
          <w:b w:val="0"/>
          <w:sz w:val="20"/>
        </w:rPr>
        <w:t>Ort der Ausstellung:</w:t>
      </w:r>
    </w:p>
    <w:p>
      <w:r>
        <w:rPr>
          <w:b w:val="0"/>
          <w:sz w:val="20"/>
        </w:rPr>
        <w:t>Datum:</w:t>
      </w:r>
    </w:p>
    <w:p/>
    <w:p/>
    <w:tbl>
      <w:tblPr>
        <w:tblW w:type="auto" w:w="0"/>
        <w:tblLayout w:type="autofit"/>
        <w:tblLook w:firstColumn="1" w:firstRow="1" w:lastColumn="0" w:lastRow="0" w:noHBand="0" w:noVBand="1" w:val="04A0"/>
      </w:tblPr>
      <w:tblGrid>
        <w:gridCol w:w="4986"/>
        <w:gridCol w:w="4986"/>
      </w:tblGrid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Vollmachtgeber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Bevollmächtigter</w:t>
            </w:r>
          </w:p>
        </w:tc>
      </w:tr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br/>
              <w:br/>
              <w:t>Unterschrift: _________________________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br/>
              <w:br/>
              <w:t>Unterschrift: _________________________</w:t>
            </w:r>
          </w:p>
        </w:tc>
      </w:tr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Name in Druckbuchstaben: ________________________________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Name in Druckbuchstaben: ________________________________</w:t>
            </w:r>
          </w:p>
        </w:tc>
      </w:tr>
    </w:tbl>
    <w:p>
      <w:r>
        <w:br w:type="page"/>
      </w:r>
    </w:p>
    <w:p>
      <w:pPr>
        <w:jc w:val="center"/>
      </w:pPr>
      <w:r>
        <w:rPr>
          <w:color w:val="555555"/>
          <w:sz w:val="24"/>
        </w:rPr>
        <w:t>Originalquelle dieses Dokuments:</w:t>
      </w:r>
    </w:p>
    <w:p>
      <w:pPr>
        <w:jc w:val="center"/>
      </w:pPr>
      <w:hyperlink r:id="rId9">
        <w:r>
          <w:rPr>
            <w:color w:val="0000FF"/>
            <w:u w:val="single"/>
          </w:rPr>
          <w:t>https://persoenliche-dokumente.com/einkaufsvollmacht/</w:t>
        </w:r>
      </w:hyperlink>
    </w:p>
    <w:p>
      <w:pPr>
        <w:jc w:val="center"/>
      </w:pPr>
      <w:r>
        <w:rPr>
          <w:color w:val="555555"/>
          <w:sz w:val="26"/>
        </w:rPr>
        <w:t>War diese Vorlage für Sie hilfreich?</w:t>
      </w:r>
    </w:p>
    <w:p>
      <w:pPr>
        <w:jc w:val="center"/>
      </w:pPr>
      <w:r>
        <w:rPr>
          <w:color w:val="555555"/>
          <w:sz w:val="26"/>
        </w:rPr>
        <w:t>Weitere aktuelle Vorlagen finden Sie unter:</w:t>
      </w:r>
    </w:p>
    <w:p>
      <w:pPr>
        <w:jc w:val="center"/>
      </w:pPr>
      <w:hyperlink r:id="rId10">
        <w:r>
          <w:rPr>
            <w:color w:val="0000FF"/>
            <w:u w:val="single"/>
          </w:rPr>
          <w:t>https://persoenliche-dokumente.com</w:t>
        </w:r>
      </w:hyperlink>
    </w:p>
    <w:p>
      <w:pPr>
        <w:jc w:val="center"/>
      </w:pPr>
      <w:r>
        <w:rPr>
          <w:color w:val="808080"/>
          <w:sz w:val="20"/>
        </w:rPr>
        <w:t>Diese Vorlage ist ausschließlich für den persönlichen, nicht kommerziellen Gebrauch bestimmt.</w:t>
        <w:br/>
        <w:t>Bei Weitergabe oder Veröffentlichung ist die Nennung der Quelle verpflichtend. © persoenliche-dokumente.com</w:t>
      </w:r>
    </w:p>
    <w:sectPr w:rsidR="00FC693F" w:rsidRPr="0006063C" w:rsidSect="00034616">
      <w:pgSz w:w="12240" w:h="15840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yperlink" Target="https://persoenliche-dokumente.com/einkaufsvollmacht/" TargetMode="External"/><Relationship Id="rId10" Type="http://schemas.openxmlformats.org/officeDocument/2006/relationships/hyperlink" Target="https://persoenliche-dokumente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