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CUCKOLD-VERTRAG</w:t>
      </w:r>
    </w:p>
    <w:p/>
    <w:p>
      <w:r>
        <w:rPr>
          <w:b/>
          <w:sz w:val="24"/>
        </w:rPr>
        <w:t>VERTRAG ZWISCHEN:</w:t>
      </w:r>
    </w:p>
    <w:p>
      <w:r>
        <w:rPr>
          <w:b w:val="0"/>
          <w:sz w:val="20"/>
        </w:rPr>
        <w:t>Ehepartner / Hauptpartner:</w:t>
      </w:r>
    </w:p>
    <w:p>
      <w:r>
        <w:rPr>
          <w:b w:val="0"/>
          <w:sz w:val="20"/>
        </w:rPr>
        <w:t>Name: _____________________________________________</w:t>
      </w:r>
    </w:p>
    <w:p>
      <w:r>
        <w:rPr>
          <w:b w:val="0"/>
          <w:sz w:val="20"/>
        </w:rPr>
        <w:t>Anschrift: 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Cuckold-Partner / Dritter:</w:t>
      </w:r>
    </w:p>
    <w:p>
      <w:r>
        <w:rPr>
          <w:b w:val="0"/>
          <w:sz w:val="20"/>
        </w:rPr>
        <w:t>Name: _____________________________________________</w:t>
      </w:r>
    </w:p>
    <w:p>
      <w:r>
        <w:rPr>
          <w:b w:val="0"/>
          <w:sz w:val="20"/>
        </w:rPr>
        <w:t>Anschrift: __________________________________________</w:t>
      </w:r>
    </w:p>
    <w:p/>
    <w:p>
      <w:r>
        <w:rPr>
          <w:b/>
          <w:sz w:val="24"/>
        </w:rPr>
        <w:t>Präambel</w:t>
      </w:r>
    </w:p>
    <w:p>
      <w:r>
        <w:rPr>
          <w:b w:val="0"/>
          <w:sz w:val="24"/>
        </w:rPr>
        <w:t>Die Vertragsparteien vereinbaren auf freiwilliger Basis und in gegenseitigem Einvernehmen die Regelungen ihrer Beziehung zueinander, insbesondere im Hinblick auf die Rolle des Cuckold-Partners. Dieser Vertrag dient zur Klarstellung der Rechte, Pflichten und Grenzen aller Beteiligten unter Berücksichtigung der gegenseitigen Einwilligung und des Schutzes der Privatsphäre.</w:t>
      </w:r>
    </w:p>
    <w:p/>
    <w:p>
      <w:r>
        <w:rPr>
          <w:b/>
          <w:sz w:val="20"/>
        </w:rPr>
        <w:t>§1 – Vertragsgegenstand</w:t>
      </w:r>
    </w:p>
    <w:p>
      <w:r>
        <w:rPr>
          <w:b w:val="0"/>
          <w:sz w:val="20"/>
        </w:rPr>
        <w:t>Gegenstand dieses Vertrags ist die einvernehmliche Ausgestaltung der Beziehung zwischen dem Hauptpartner, dem Cuckold-Partner und gegebenenfalls weiteren beteiligten Personen. Die Parteien vereinbaren, dass sämtliche Handlungen auf gegenseitigem Respekt, Vertrauen und Einverständnis basieren.</w:t>
      </w:r>
    </w:p>
    <w:p/>
    <w:p>
      <w:r>
        <w:rPr>
          <w:b/>
          <w:sz w:val="20"/>
        </w:rPr>
        <w:t>§2 – Rechte und Pflichten der Parteien</w:t>
      </w:r>
    </w:p>
    <w:p>
      <w:r>
        <w:rPr>
          <w:b w:val="0"/>
          <w:sz w:val="20"/>
        </w:rPr>
        <w:t>1. Der Hauptpartner behält die primäre Beziehung und entscheidet über die Grenzen der Beziehung zum Cuckold-Partner.</w:t>
      </w:r>
    </w:p>
    <w:p>
      <w:r>
        <w:rPr>
          <w:b w:val="0"/>
          <w:sz w:val="20"/>
        </w:rPr>
        <w:t>2. Der Cuckold-Partner verpflichtet sich, die Privatsphäre und Gefühle des Hauptpartners zu respektieren.</w:t>
      </w:r>
    </w:p>
    <w:p>
      <w:r>
        <w:rPr>
          <w:b w:val="0"/>
          <w:sz w:val="20"/>
        </w:rPr>
        <w:t>3. Alle Parteien verpflichten sich zu offener und ehrlicher Kommunikation.</w:t>
      </w:r>
    </w:p>
    <w:p>
      <w:r>
        <w:rPr>
          <w:b w:val="0"/>
          <w:sz w:val="20"/>
        </w:rPr>
        <w:t>4. Sämtliche Intimitäten erfolgen nur mit ausdrücklicher Zustimmung aller Beteiligten.</w:t>
      </w:r>
    </w:p>
    <w:p/>
    <w:p>
      <w:r>
        <w:rPr>
          <w:b/>
          <w:sz w:val="20"/>
        </w:rPr>
        <w:t>§3 – Vertraulichkeit</w:t>
      </w:r>
    </w:p>
    <w:p>
      <w:r>
        <w:rPr>
          <w:b w:val="0"/>
          <w:sz w:val="20"/>
        </w:rPr>
        <w:t>Die Parteien verpflichten sich, alle persönlichen und intimen Informationen vertraulich zu behandeln und nicht an Dritte weiterzugeben, sofern nicht ausdrücklich anders vereinbart.</w:t>
      </w:r>
    </w:p>
    <w:p/>
    <w:p>
      <w:r>
        <w:rPr>
          <w:b/>
          <w:sz w:val="20"/>
        </w:rPr>
        <w:t>§4 – Gesundheit und Sicherheit</w:t>
      </w:r>
    </w:p>
    <w:p>
      <w:r>
        <w:rPr>
          <w:b w:val="0"/>
          <w:sz w:val="20"/>
        </w:rPr>
        <w:t>1. Die Parteien verpflichten sich zur Einhaltung aller notwendigen Schutzmaßnahmen, insbesondere hinsichtlich sexuell übertragbarer Krankheiten.</w:t>
      </w:r>
    </w:p>
    <w:p>
      <w:r>
        <w:rPr>
          <w:b w:val="0"/>
          <w:sz w:val="20"/>
        </w:rPr>
        <w:t>2. Regelmäßige Gesundheitschecks werden empfohlen.</w:t>
      </w:r>
    </w:p>
    <w:p>
      <w:r>
        <w:rPr>
          <w:b w:val="0"/>
          <w:sz w:val="20"/>
        </w:rPr>
        <w:t>3. Im Falle gesundheitlicher Risiken sind alle Parteien unverzüglich zu informieren.</w:t>
      </w:r>
    </w:p>
    <w:p/>
    <w:p>
      <w:r>
        <w:rPr>
          <w:b/>
          <w:sz w:val="20"/>
        </w:rPr>
        <w:t>§5 – Laufzeit und Kündigung</w:t>
      </w:r>
    </w:p>
    <w:p>
      <w:r>
        <w:rPr>
          <w:b w:val="0"/>
          <w:sz w:val="20"/>
        </w:rPr>
        <w:t>Dieser Vertrag tritt mit Unterzeichnung in Kraft und gilt auf unbestimmte Zeit. Er kann von jeder Partei ohne Angabe von Gründen mit einer Frist von vier Wochen schriftlich gekündigt werden.</w:t>
      </w:r>
    </w:p>
    <w:p/>
    <w:p>
      <w:r>
        <w:rPr>
          <w:b/>
          <w:sz w:val="20"/>
        </w:rPr>
        <w:t>§6 – Haftungsausschluss</w:t>
      </w:r>
    </w:p>
    <w:p>
      <w:r>
        <w:rPr>
          <w:b w:val="0"/>
          <w:sz w:val="20"/>
        </w:rPr>
        <w:t>Die Parteien bestätigen, dass jegliche Aktivitäten auf freiwilliger Basis erfolgen. Der Hauptpartner und der Cuckold-Partner stellen einander von sämtlichen Ansprüchen Dritter frei, die aus der Vertragsbeziehung entstehen könnten.</w:t>
      </w:r>
    </w:p>
    <w:p/>
    <w:p>
      <w:r>
        <w:rPr>
          <w:b/>
          <w:sz w:val="20"/>
        </w:rPr>
        <w:t>§7 – Sonstiges</w:t>
      </w:r>
    </w:p>
    <w:p>
      <w:r>
        <w:rPr>
          <w:b w:val="0"/>
          <w:sz w:val="20"/>
        </w:rPr>
        <w:t>1. Änderungen und Ergänzungen dieses Vertrags bedürfen der Schriftform.</w:t>
      </w:r>
    </w:p>
    <w:p>
      <w:r>
        <w:rPr>
          <w:b w:val="0"/>
          <w:sz w:val="20"/>
        </w:rPr>
        <w:t>2. Sollten einzelne Bestimmungen dieses Vertrags unwirksam sein oder werden, bleibt die Wirksamkeit der übrigen Bestimmungen unberührt.</w:t>
      </w:r>
    </w:p>
    <w:p>
      <w:r>
        <w:rPr>
          <w:b w:val="0"/>
          <w:sz w:val="20"/>
        </w:rPr>
        <w:t>3. Es gilt deutsches Recht.</w:t>
      </w:r>
    </w:p>
    <w:p/>
    <w:p>
      <w:r>
        <w:rPr>
          <w:b/>
          <w:sz w:val="24"/>
        </w:rPr>
        <w:t>Unterschriften: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 w:val="0"/>
              </w:rPr>
              <w:t>Ehepartner / Hauptpartner</w:t>
              <w:br/>
              <w:br/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 w:val="0"/>
              </w:rPr>
              <w:t>Cuckold-Partner / Dritter</w:t>
              <w:br/>
              <w:br/>
              <w:t>Unterschrift: _________________________</w:t>
            </w:r>
          </w:p>
        </w:tc>
      </w:tr>
    </w:tbl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https://persoenliche-dokumente.com/cuckold-vertrag/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cuckold-vertrag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