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MITTEILUNG NEUER BANKVERBINDUNG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Straße und Hausnummer:</w:t>
      </w:r>
    </w:p>
    <w:p>
      <w:r>
        <w:rPr>
          <w:b w:val="0"/>
          <w:sz w:val="22"/>
        </w:rPr>
        <w:t>PLZ und Ort: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der Bank:</w:t>
      </w:r>
    </w:p>
    <w:p>
      <w:r>
        <w:rPr>
          <w:b w:val="0"/>
          <w:sz w:val="22"/>
        </w:rPr>
        <w:t>Straße und Hausnummer:</w:t>
      </w:r>
    </w:p>
    <w:p>
      <w:r>
        <w:rPr>
          <w:b w:val="0"/>
          <w:sz w:val="22"/>
        </w:rPr>
        <w:t>PLZ und Ort: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Mitteilung der neuen Bankverbindung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teile ich Ihnen meine neue Bankverbindung für alle zukünftigen Zahlungen mit.</w:t>
      </w:r>
    </w:p>
    <w:p/>
    <w:p>
      <w:r>
        <w:rPr>
          <w:b/>
          <w:sz w:val="22"/>
        </w:rPr>
        <w:t>Neue Bankverbindung:</w:t>
      </w:r>
    </w:p>
    <w:p>
      <w:r>
        <w:rPr>
          <w:b w:val="0"/>
          <w:sz w:val="22"/>
        </w:rPr>
        <w:t>Kontoinhaber:</w:t>
      </w:r>
    </w:p>
    <w:p>
      <w:r>
        <w:rPr>
          <w:b w:val="0"/>
          <w:sz w:val="22"/>
        </w:rPr>
        <w:t>IBAN:</w:t>
      </w:r>
    </w:p>
    <w:p>
      <w:r>
        <w:rPr>
          <w:b w:val="0"/>
          <w:sz w:val="22"/>
        </w:rPr>
        <w:t>BIC:</w:t>
      </w:r>
    </w:p>
    <w:p/>
    <w:p>
      <w:r>
        <w:rPr>
          <w:b w:val="0"/>
          <w:sz w:val="22"/>
        </w:rPr>
        <w:t>Ich bitte Sie, diese Änderung ab sofort zu berücksichtigen und alle Zahlungen auf das oben genannte Konto zu überweisen.</w:t>
      </w:r>
    </w:p>
    <w:p/>
    <w:p>
      <w:r>
        <w:rPr>
          <w:b w:val="0"/>
          <w:sz w:val="22"/>
        </w:rPr>
        <w:t>Vielen Dank für Ihre Unterstützung.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https://persoenliche-dokumente.com/brief-mitteilung-bankverbindung/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brief-mitteilung-bankverbindung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