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22"/>
        </w:rPr>
        <w:t>Absender:</w:t>
      </w:r>
    </w:p>
    <w:p>
      <w:r>
        <w:rPr>
          <w:b w:val="0"/>
          <w:sz w:val="22"/>
        </w:rPr>
      </w:r>
    </w:p>
    <w:p>
      <w:r>
        <w:rPr>
          <w:b/>
          <w:sz w:val="22"/>
        </w:rPr>
        <w:t>Empfänger: Hazoor</w:t>
      </w:r>
    </w:p>
    <w:p>
      <w:r>
        <w:rPr>
          <w:b w:val="0"/>
          <w:sz w:val="22"/>
        </w:rPr>
      </w:r>
    </w:p>
    <w:p/>
    <w:p/>
    <w:p>
      <w:pPr>
        <w:jc w:val="center"/>
      </w:pPr>
      <w:r>
        <w:rPr>
          <w:b/>
          <w:sz w:val="22"/>
        </w:rPr>
        <w:t>Betreff: Wichtiger Brief</w:t>
      </w:r>
    </w:p>
    <w:p/>
    <w:p/>
    <w:p>
      <w:r>
        <w:rPr>
          <w:b w:val="0"/>
          <w:sz w:val="22"/>
        </w:rPr>
        <w:t>Sehr geehrter Herr Hazoor,</w:t>
      </w:r>
    </w:p>
    <w:p/>
    <w:p>
      <w:r>
        <w:rPr>
          <w:b w:val="0"/>
          <w:sz w:val="22"/>
        </w:rPr>
        <w:t>hiermit nehme ich Bezug auf unser vorheriges Gespräch und möchte Ihnen folgendes mitteilen und erklären. Ich bestätige, dass ich alle relevanten Informationen erhalten habe und erkläre mich mit den besprochenen Bedingungen einverstanden. Diese Erklärung erfolgt freiwillig und ohne Zwang.</w:t>
      </w:r>
    </w:p>
    <w:p/>
    <w:p>
      <w:r>
        <w:rPr>
          <w:b w:val="0"/>
          <w:sz w:val="22"/>
        </w:rPr>
        <w:t>Ich bitte Sie höflich, diese Angelegenheit schnellstmöglich zu bearbeiten und mir eine schriftliche Bestätigung zukommen zu lassen. Für Rückfragen stehe ich Ihnen jederzeit zur Verfügung.</w:t>
      </w:r>
    </w:p>
    <w:p/>
    <w:p>
      <w:r>
        <w:rPr>
          <w:b w:val="0"/>
          <w:sz w:val="22"/>
        </w:rPr>
        <w:t>Bitte beachten Sie, dass alle Angaben in diesem Schreiben der Wahrheit entsprechen und ich für deren Richtigkeit die volle Verantwortung übernehme.</w:t>
      </w:r>
    </w:p>
    <w:p/>
    <w:p/>
    <w:p>
      <w:r>
        <w:rPr>
          <w:b w:val="0"/>
          <w:sz w:val="22"/>
        </w:rPr>
        <w:t>Mit freundlichen Grüßen,</w:t>
      </w:r>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left"/>
            </w:pPr>
            <w:r>
              <w:t>Unterschrift:</w:t>
            </w:r>
          </w:p>
        </w:tc>
      </w:tr>
      <w:tr>
        <w:tc>
          <w:tcPr>
            <w:tcW w:type="dxa" w:w="9972"/>
            <w:tcBorders>
              <w:top w:val="nil"/>
              <w:left w:val="nil"/>
              <w:bottom w:val="nil"/>
              <w:right w:val="nil"/>
              <w:insideH w:val="nil"/>
              <w:insideV w:val="nil"/>
            </w:tcBorders>
          </w:tcPr>
          <w:p>
            <w:pPr>
              <w:jc w:val="left"/>
            </w:pPr>
            <w:r>
              <w:br/>
              <w:br/>
              <w:t>______________________________</w:t>
            </w:r>
          </w:p>
        </w:tc>
      </w:tr>
      <w:tr>
        <w:tc>
          <w:tcPr>
            <w:tcW w:type="dxa" w:w="9972"/>
            <w:tcBorders>
              <w:top w:val="nil"/>
              <w:left w:val="nil"/>
              <w:bottom w:val="nil"/>
              <w:right w:val="nil"/>
              <w:insideH w:val="nil"/>
              <w:insideV w:val="nil"/>
            </w:tcBorders>
          </w:tcPr>
          <w:p>
            <w:pPr>
              <w:jc w:val="left"/>
            </w:pPr>
            <w:r>
              <w:t>Name (bitte in Druckbuchstaben): 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https://persoenliche-dokumente.com/brief-an-hazoor/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https://persoenliche-dokumente.com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persoenliche-dokumente.com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ersoenliche-dokumente.com/brief-an-hazoor/" TargetMode="External"/><Relationship Id="rId10" Type="http://schemas.openxmlformats.org/officeDocument/2006/relationships/hyperlink" Target="https://persoenliche-dokumen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