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2"/>
        </w:rPr>
        <w:t>BESCHEINIGUNG ÜBUNGSLEITERPAUSCHALE</w:t>
      </w:r>
    </w:p>
    <w:p/>
    <w:p/>
    <w:p>
      <w:r>
        <w:rPr>
          <w:b/>
          <w:sz w:val="22"/>
        </w:rPr>
        <w:t>Hiermit bescheinigt der Verein:</w:t>
      </w:r>
    </w:p>
    <w:p>
      <w:r>
        <w:rPr>
          <w:b w:val="0"/>
          <w:sz w:val="22"/>
        </w:rPr>
        <w:t>Name des Vereins: _________________________________________________</w:t>
      </w:r>
    </w:p>
    <w:p>
      <w:r>
        <w:rPr>
          <w:b w:val="0"/>
          <w:sz w:val="22"/>
        </w:rPr>
        <w:t>Anschrift: ________________________________________________________</w:t>
      </w:r>
    </w:p>
    <w:p/>
    <w:p>
      <w:r>
        <w:rPr>
          <w:b/>
          <w:sz w:val="22"/>
        </w:rPr>
        <w:t>dass Herr / Frau:</w:t>
      </w:r>
    </w:p>
    <w:p>
      <w:r>
        <w:rPr>
          <w:b w:val="0"/>
          <w:sz w:val="22"/>
        </w:rPr>
        <w:t>Name: _____________________________________________________________</w:t>
      </w:r>
    </w:p>
    <w:p>
      <w:r>
        <w:rPr>
          <w:b w:val="0"/>
          <w:sz w:val="22"/>
        </w:rPr>
        <w:t>Anschrift: ________________________________________________________</w:t>
      </w:r>
    </w:p>
    <w:p/>
    <w:p>
      <w:r>
        <w:rPr>
          <w:b w:val="0"/>
          <w:sz w:val="22"/>
        </w:rPr>
        <w:t>im Kalenderjahr ______________ als Übungsleiter/in, Ausbilder/in, Erzieher/in oder Betreuer/in tätig war und hierfür eine Übungsleiterpauschale gemäß § 3 Nr. 26 EStG erhalten hat.</w:t>
      </w:r>
    </w:p>
    <w:p/>
    <w:p>
      <w:r>
        <w:rPr>
          <w:b/>
          <w:sz w:val="22"/>
        </w:rPr>
        <w:t>Die Tätigkeit wurde ausschließlich nebenberuflich ausgeübt.</w:t>
      </w:r>
    </w:p>
    <w:p/>
    <w:p>
      <w:r>
        <w:rPr>
          <w:b/>
          <w:sz w:val="22"/>
        </w:rPr>
        <w:t>Der Verein bestätigt, dass die pauschale Vergütung für die oben genannte Tätigkeit im Rahmen der gesetzlichen Höchstgrenzen gewährt wurde und keine weiteren Vergütungen für diese Tätigkeit gezahlt wurden.</w:t>
      </w:r>
    </w:p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Verein (Aussteller)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Übungsleiter/in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Unterschrift: 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Unterschrift: _________________________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Name: ________________________________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Name: ________________________________</w:t>
            </w:r>
          </w:p>
        </w:tc>
      </w:tr>
    </w:tbl>
    <w:p/>
    <w:p/>
    <w:p>
      <w:r>
        <w:rPr>
          <w:b/>
          <w:sz w:val="22"/>
        </w:rPr>
        <w:t>Hinweis:</w:t>
      </w:r>
    </w:p>
    <w:p>
      <w:r>
        <w:rPr>
          <w:b w:val="0"/>
          <w:sz w:val="22"/>
        </w:rPr>
        <w:t>Diese Bescheinigung dient als Nachweis für die steuerliche Berücksichtigung der Übungsleiterpauschale nach § 3 Nr. 26 EStG.</w:t>
      </w:r>
    </w:p>
    <w:p>
      <w:r>
        <w:br w:type="page"/>
      </w:r>
    </w:p>
    <w:p>
      <w:pPr>
        <w:jc w:val="center"/>
      </w:pPr>
      <w:r>
        <w:rPr>
          <w:color w:val="555555"/>
          <w:sz w:val="24"/>
        </w:rPr>
        <w:t>Originalquelle dieses Dokuments: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https://persoenliche-dokumente.com/bescheinigung-ubungsleiterpauschale/</w:t>
        </w:r>
      </w:hyperlink>
    </w:p>
    <w:p>
      <w:pPr>
        <w:jc w:val="center"/>
      </w:pPr>
      <w:r>
        <w:rPr>
          <w:color w:val="555555"/>
          <w:sz w:val="26"/>
        </w:rPr>
        <w:t>War diese Vorlage für Sie hilfreich?</w:t>
      </w:r>
    </w:p>
    <w:p>
      <w:pPr>
        <w:jc w:val="center"/>
      </w:pPr>
      <w:r>
        <w:rPr>
          <w:color w:val="555555"/>
          <w:sz w:val="26"/>
        </w:rPr>
        <w:t>Weitere aktuelle Vorlagen finden Sie unter: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https://persoenliche-dokumente.com</w:t>
        </w:r>
      </w:hyperlink>
    </w:p>
    <w:p>
      <w:pPr>
        <w:jc w:val="center"/>
      </w:pPr>
      <w:r>
        <w:rPr>
          <w:color w:val="808080"/>
          <w:sz w:val="20"/>
        </w:rPr>
        <w:t>Diese Vorlage ist ausschließlich für den persönlichen, nicht kommerziellen Gebrauch bestimmt.</w:t>
        <w:br/>
        <w:t>Bei Weitergabe oder Veröffentlichung ist die Nennung der Quelle verpflichtend. © persoenliche-dokumente.com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persoenliche-dokumente.com/bescheinigung-ubungsleiterpauschale/" TargetMode="External"/><Relationship Id="rId10" Type="http://schemas.openxmlformats.org/officeDocument/2006/relationships/hyperlink" Target="https://persoenliche-dokument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