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BESCHEINIGUNG ÜBER EHRENAMTLICHE TÄTIGKEIT</w:t>
      </w:r>
    </w:p>
    <w:p/>
    <w:p/>
    <w:p>
      <w:r>
        <w:rPr>
          <w:b w:val="0"/>
          <w:sz w:val="22"/>
        </w:rPr>
        <w:t>Hiermit bestätigt der Sportverein, dass die unten genannte Person im Rahmen einer ehrenamtlichen Tätigkeit im Verein aktiv ist. Diese Tätigkeit erfolgt freiwillig und unentgeltlich im Sinne des Gemeinwohls.</w:t>
      </w:r>
    </w:p>
    <w:p/>
    <w:p/>
    <w:p>
      <w:r>
        <w:rPr>
          <w:b/>
          <w:sz w:val="24"/>
        </w:rPr>
        <w:t>Angaben zur ehrenamtlich tätigen Person</w:t>
      </w:r>
    </w:p>
    <w:p>
      <w:r>
        <w:rPr>
          <w:b w:val="0"/>
          <w:sz w:val="22"/>
        </w:rPr>
        <w:t>Name: ______________________________________________________________</w:t>
      </w:r>
    </w:p>
    <w:p>
      <w:r>
        <w:rPr>
          <w:b w:val="0"/>
          <w:sz w:val="22"/>
        </w:rPr>
        <w:t>Geburtsdatum: _______________________________________________________</w:t>
      </w:r>
    </w:p>
    <w:p>
      <w:r>
        <w:rPr>
          <w:b w:val="0"/>
          <w:sz w:val="22"/>
        </w:rPr>
        <w:t>Anschrift: ___________________________________________________________</w:t>
      </w:r>
    </w:p>
    <w:p/>
    <w:p>
      <w:r>
        <w:rPr>
          <w:b/>
          <w:sz w:val="24"/>
        </w:rPr>
        <w:t>Angaben zum Sportverein</w:t>
      </w:r>
    </w:p>
    <w:p>
      <w:r>
        <w:rPr>
          <w:b w:val="0"/>
          <w:sz w:val="22"/>
        </w:rPr>
        <w:t>Name des Vereins: ___________________________________________________</w:t>
      </w:r>
    </w:p>
    <w:p>
      <w:r>
        <w:rPr>
          <w:b w:val="0"/>
          <w:sz w:val="22"/>
        </w:rPr>
        <w:t>Anschrift des Vereins: _______________________________________________</w:t>
      </w:r>
    </w:p>
    <w:p>
      <w:r>
        <w:rPr>
          <w:b w:val="0"/>
          <w:sz w:val="22"/>
        </w:rPr>
        <w:t>Vertreten durch (Name, Funktion): _____________________________________</w:t>
      </w:r>
    </w:p>
    <w:p/>
    <w:p>
      <w:r>
        <w:rPr>
          <w:b/>
          <w:sz w:val="24"/>
        </w:rPr>
        <w:t>Beschreibung der ehrenamtlichen Tätigkeit</w:t>
      </w:r>
    </w:p>
    <w:p>
      <w:r>
        <w:rPr>
          <w:b w:val="0"/>
          <w:sz w:val="22"/>
        </w:rPr>
        <w:t>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</w:t>
      </w:r>
    </w:p>
    <w:p/>
    <w:p>
      <w:r>
        <w:rPr>
          <w:b/>
          <w:sz w:val="24"/>
        </w:rPr>
        <w:t>Zeitraum der ehrenamtlichen Tätigkeit</w:t>
      </w:r>
    </w:p>
    <w:p>
      <w:r>
        <w:rPr>
          <w:b w:val="0"/>
          <w:sz w:val="22"/>
        </w:rPr>
        <w:t>Beginn: ______________________</w:t>
      </w:r>
    </w:p>
    <w:p>
      <w:r>
        <w:rPr>
          <w:b w:val="0"/>
          <w:sz w:val="22"/>
        </w:rPr>
        <w:t>Ende (optional): ______________</w:t>
      </w:r>
    </w:p>
    <w:p/>
    <w:p>
      <w:r>
        <w:rPr>
          <w:b w:val="0"/>
          <w:sz w:val="22"/>
        </w:rPr>
        <w:t>Die ehrenamtliche Tätigkeit erfolgt gemäß den Vorgaben des § 3 Nr. 26 EStG (Einkommensteuergesetz) und erfüllt die Anforderungen für eine ehrenamtliche Tätigkeit im gemeinnützigen Bereich.</w:t>
      </w:r>
    </w:p>
    <w:p/>
    <w:p/>
    <w:p>
      <w:r>
        <w:rPr>
          <w:b w:val="0"/>
          <w:sz w:val="22"/>
        </w:rPr>
        <w:t>Ort: _____________________________    Datum: 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Sportverein (Ausstellende Stelle)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Ehrenamtlich Tätige Person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https://persoenliche-dokumente.com/bescheinigung-ehrenamtliche-tatigkeit-sportverein/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https://persoenliche-dokumente.com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persoenliche-dokumente.com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rsoenliche-dokumente.com/bescheinigung-ehrenamtliche-tatigkeit-sportverein/" TargetMode="External"/><Relationship Id="rId10" Type="http://schemas.openxmlformats.org/officeDocument/2006/relationships/hyperlink" Target="https://persoenliche-dokumen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