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ANTRAG AUF BEKLEIDUNGSGELD</w:t>
      </w:r>
    </w:p>
    <w:p/>
    <w:p/>
    <w:p>
      <w:r>
        <w:rPr>
          <w:b/>
          <w:sz w:val="24"/>
        </w:rPr>
        <w:t>Angaben zum Antragsteller</w:t>
      </w:r>
    </w:p>
    <w:p>
      <w:r>
        <w:rPr>
          <w:b w:val="0"/>
          <w:sz w:val="22"/>
        </w:rPr>
        <w:t>Name:</w:t>
      </w:r>
    </w:p>
    <w:p>
      <w:r>
        <w:rPr>
          <w:b w:val="0"/>
          <w:sz w:val="22"/>
        </w:rPr>
        <w:t>Vorname:</w:t>
      </w:r>
    </w:p>
    <w:p>
      <w:r>
        <w:rPr>
          <w:b w:val="0"/>
          <w:sz w:val="22"/>
        </w:rPr>
        <w:t>Geburtsdatum:</w:t>
      </w:r>
    </w:p>
    <w:p>
      <w:r>
        <w:rPr>
          <w:b w:val="0"/>
          <w:sz w:val="22"/>
        </w:rPr>
        <w:t>Anschrift:</w:t>
      </w:r>
    </w:p>
    <w:p>
      <w:r>
        <w:rPr>
          <w:b w:val="0"/>
          <w:sz w:val="22"/>
        </w:rPr>
        <w:t>Telefonnummer:</w:t>
      </w:r>
    </w:p>
    <w:p>
      <w:r>
        <w:rPr>
          <w:b w:val="0"/>
          <w:sz w:val="22"/>
        </w:rPr>
        <w:t>E-Mail:</w:t>
      </w:r>
    </w:p>
    <w:p/>
    <w:p>
      <w:r>
        <w:rPr>
          <w:b/>
          <w:sz w:val="24"/>
        </w:rPr>
        <w:t>Beschäftigungsdaten</w:t>
      </w:r>
    </w:p>
    <w:p>
      <w:r>
        <w:rPr>
          <w:b w:val="0"/>
          <w:sz w:val="22"/>
        </w:rPr>
        <w:t>Arbeitgeber / Einrichtung:</w:t>
      </w:r>
    </w:p>
    <w:p>
      <w:r>
        <w:rPr>
          <w:b w:val="0"/>
          <w:sz w:val="22"/>
        </w:rPr>
        <w:t>Anschrift Arbeitgeber:</w:t>
      </w:r>
    </w:p>
    <w:p>
      <w:r>
        <w:rPr>
          <w:b w:val="0"/>
          <w:sz w:val="22"/>
        </w:rPr>
        <w:t>Beschäftigungsbeginn:</w:t>
      </w:r>
    </w:p>
    <w:p>
      <w:r>
        <w:rPr>
          <w:b w:val="0"/>
          <w:sz w:val="22"/>
        </w:rPr>
        <w:t>Beschäftigungsdauer (z.B. befristet bis):</w:t>
      </w:r>
    </w:p>
    <w:p>
      <w:r>
        <w:rPr>
          <w:b w:val="0"/>
          <w:sz w:val="22"/>
        </w:rPr>
        <w:t>Arbeitszeit (wöchentlich):</w:t>
      </w:r>
    </w:p>
    <w:p/>
    <w:p>
      <w:r>
        <w:rPr>
          <w:b/>
          <w:sz w:val="24"/>
        </w:rPr>
        <w:t>Begründung des Antrags</w:t>
      </w:r>
    </w:p>
    <w:p>
      <w:r>
        <w:rPr>
          <w:b w:val="0"/>
          <w:sz w:val="22"/>
        </w:rPr>
        <w:t>Hiermit beantrage ich Bekleidungsgeld, da ich für meine Beschäftigung spezielle Kleidung tragen muss, die nicht privat genutzt werden kann.</w:t>
      </w:r>
    </w:p>
    <w:p>
      <w:r>
        <w:rPr>
          <w:b w:val="0"/>
          <w:sz w:val="22"/>
        </w:rPr>
        <w:t>Die Kleidung ist erforderlich aufgrund der besonderen Anforderungen meines Arbeitsbereiches (z.B. Hygiene, Sicherheit, einheitliches Erscheinungsbild).</w:t>
      </w:r>
    </w:p>
    <w:p>
      <w:r>
        <w:rPr>
          <w:b w:val="0"/>
          <w:sz w:val="22"/>
        </w:rPr>
        <w:t>Die Anschaffungskosten für die erforderliche Berufskleidung sind von mir zu tragen.</w:t>
      </w:r>
    </w:p>
    <w:p/>
    <w:p>
      <w:r>
        <w:rPr>
          <w:b/>
          <w:sz w:val="24"/>
        </w:rPr>
        <w:t>Benötigte Kleidungsstücke (bitte einzeln aufführen)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pPr>
              <w:jc w:val="center"/>
            </w:pPr>
            <w:r>
              <w:t>Kleidungsstück</w:t>
            </w:r>
          </w:p>
        </w:tc>
        <w:tc>
          <w:tcPr>
            <w:tcW w:type="dxa" w:w="3324"/>
          </w:tcPr>
          <w:p>
            <w:pPr>
              <w:jc w:val="center"/>
            </w:pPr>
            <w:r>
              <w:t>Anzahl</w:t>
            </w:r>
          </w:p>
        </w:tc>
        <w:tc>
          <w:tcPr>
            <w:tcW w:type="dxa" w:w="3324"/>
          </w:tcPr>
          <w:p>
            <w:pPr>
              <w:jc w:val="center"/>
            </w:pPr>
            <w:r>
              <w:t>Bemerkungen (z.B. Größe, Material)</w:t>
            </w:r>
          </w:p>
        </w:tc>
      </w:tr>
      <w:tr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</w:tbl>
    <w:p/>
    <w:p>
      <w:r>
        <w:rPr>
          <w:b/>
          <w:sz w:val="24"/>
        </w:rPr>
        <w:t>Erklärung</w:t>
      </w:r>
    </w:p>
    <w:p>
      <w:r>
        <w:rPr>
          <w:b w:val="0"/>
          <w:sz w:val="22"/>
        </w:rPr>
        <w:t>Ich versichere, dass die Angaben wahrheitsgemäß und vollständig sind. Mir ist bekannt, dass falsche Angaben rechtliche Folgen haben können.</w:t>
      </w:r>
    </w:p>
    <w:p>
      <w:r>
        <w:rPr>
          <w:b w:val="0"/>
          <w:sz w:val="22"/>
        </w:rPr>
        <w:t>Das Bekleidungsgeld wird nur für die Anschaffung von Berufskleidung gezahlt, die ausschließlich im beruflichen Umfeld getragen wird.</w:t>
      </w:r>
    </w:p>
    <w:p>
      <w:r>
        <w:rPr>
          <w:b w:val="0"/>
          <w:sz w:val="22"/>
        </w:rPr>
        <w:t>Ich verpflichte mich, die Kleidung ausschließlich beruflich zu nutzen und die Belege für die Anschaffung im Original aufzubewahren.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Ort: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Datum: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br/>
              <w:t>Unterschrift Antragsteller: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br/>
              <w:t>Unterschrift Arbeitgeber (optional):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Name in Druckbuchstaben: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Name in Druckbuchstaben:</w:t>
            </w:r>
          </w:p>
        </w:tc>
      </w:tr>
    </w:tbl>
    <w:p/>
    <w:p/>
    <w:p>
      <w:r>
        <w:rPr>
          <w:b/>
          <w:sz w:val="22"/>
        </w:rPr>
        <w:t>Hinweis zum Datenschutz:</w:t>
      </w:r>
    </w:p>
    <w:p>
      <w:r>
        <w:rPr>
          <w:b w:val="0"/>
          <w:sz w:val="22"/>
        </w:rPr>
        <w:t>Die im Antrag gemachten Angaben werden vertraulich behandelt und ausschließlich zur Bearbeitung des Antrags verwendet.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https://persoenliche-dokumente.com/bekleidungsgeld-antrag/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https://persoenliche-dokumente.com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persoenliche-dokumente.com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ersoenliche-dokumente.com/bekleidungsgeld-antrag/" TargetMode="External"/><Relationship Id="rId10" Type="http://schemas.openxmlformats.org/officeDocument/2006/relationships/hyperlink" Target="https://persoenliche-dokumen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