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ÜBERPRÜFUNG DER EINGRUPPIERUNG</w:t>
      </w:r>
    </w:p>
    <w:p/>
    <w:p/>
    <w:p>
      <w:r>
        <w:rPr>
          <w:b/>
          <w:sz w:val="24"/>
        </w:rPr>
        <w:t>1. Angaben zum Antragsteller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2. Angaben zum Arbeitgeber</w:t>
      </w:r>
    </w:p>
    <w:p>
      <w:r>
        <w:rPr>
          <w:b w:val="0"/>
          <w:sz w:val="22"/>
        </w:rPr>
        <w:t>Name des Unternehmens:</w:t>
      </w:r>
    </w:p>
    <w:p>
      <w:r>
        <w:rPr>
          <w:b w:val="0"/>
          <w:sz w:val="22"/>
        </w:rPr>
        <w:t>Adresse des Unternehmens:</w:t>
      </w:r>
    </w:p>
    <w:p>
      <w:r>
        <w:rPr>
          <w:b w:val="0"/>
          <w:sz w:val="22"/>
        </w:rPr>
        <w:t>Ansprechpartner: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3. Angaben zur Beschäftigung</w:t>
      </w:r>
    </w:p>
    <w:p>
      <w:r>
        <w:rPr>
          <w:b w:val="0"/>
          <w:sz w:val="22"/>
        </w:rPr>
        <w:t>Beschäftigungsbeginn:</w:t>
      </w:r>
    </w:p>
    <w:p>
      <w:r>
        <w:rPr>
          <w:b w:val="0"/>
          <w:sz w:val="22"/>
        </w:rPr>
        <w:t>Derzeitige Eingruppierung (Tarifvertrag, Entgeltgruppe, Stufe):</w:t>
      </w:r>
    </w:p>
    <w:p>
      <w:r>
        <w:rPr>
          <w:b w:val="0"/>
          <w:sz w:val="22"/>
        </w:rPr>
        <w:t>Arbeitsbereich / Tätigkeitsbeschreibung:</w:t>
      </w:r>
    </w:p>
    <w:p/>
    <w:p>
      <w:r>
        <w:rPr>
          <w:b/>
          <w:sz w:val="24"/>
        </w:rPr>
        <w:t>4. Antrag auf Überprüfung der Eingruppierung</w:t>
      </w:r>
    </w:p>
    <w:p>
      <w:r>
        <w:rPr>
          <w:b w:val="0"/>
          <w:sz w:val="22"/>
        </w:rPr>
        <w:t>Hiermit beantrage ich die Überprüfung meiner derzeitigen Eingruppierung gemäß den geltenden tariflichen und gesetzlichen Bestimmungen.</w:t>
      </w:r>
    </w:p>
    <w:p>
      <w:r>
        <w:rPr>
          <w:b w:val="0"/>
          <w:sz w:val="22"/>
        </w:rPr>
        <w:t>Begründung und Erläuterung (bitte ausführlich ausfüllen):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5. Rechtliche Hinweise</w:t>
      </w:r>
    </w:p>
    <w:p>
      <w:r>
        <w:rPr>
          <w:b w:val="0"/>
          <w:sz w:val="22"/>
        </w:rPr>
        <w:t>Dieser Antrag wird gemäß den Bestimmungen des Tarifvertrags und des Arbeitsrechts in Deutschland gestellt.</w:t>
      </w:r>
    </w:p>
    <w:p>
      <w:r>
        <w:rPr>
          <w:b w:val="0"/>
          <w:sz w:val="22"/>
        </w:rPr>
        <w:t>Die Überprüfung soll sicherstellen, dass meine Eingruppierung den tatsächlichen Tätigkeiten und Qualifikationen entspricht.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https://persoenliche-dokumente.com/antrag-auf-uberprufung-der-eingruppierung/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antrag-auf-uberprufung-der-eingruppierun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