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ADRESSÄNDERUNG FÜR DIE FIRMA</w:t>
      </w:r>
    </w:p>
    <w:p/>
    <w:p>
      <w:r>
        <w:rPr>
          <w:b/>
          <w:sz w:val="22"/>
        </w:rPr>
        <w:t>Firma: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>
      <w:r>
        <w:rPr>
          <w:b/>
          <w:sz w:val="22"/>
        </w:rPr>
        <w:t>Bisherige Anschrift:</w:t>
      </w:r>
    </w:p>
    <w:p>
      <w:r>
        <w:rPr>
          <w:b w:val="0"/>
          <w:sz w:val="22"/>
        </w:rPr>
        <w:t>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>
      <w:r>
        <w:rPr>
          <w:b/>
          <w:sz w:val="22"/>
        </w:rPr>
        <w:t>Neue Anschrift:</w:t>
      </w:r>
    </w:p>
    <w:p>
      <w:r>
        <w:rPr>
          <w:b w:val="0"/>
          <w:sz w:val="22"/>
        </w:rPr>
        <w:t>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>
      <w:r>
        <w:rPr>
          <w:b w:val="0"/>
          <w:sz w:val="22"/>
        </w:rPr>
        <w:t>Hiermit bestätige ich/wir, dass die oben genannte Firma ab sofort unter der neuen Anschrift erreichbar ist.</w:t>
      </w:r>
    </w:p>
    <w:p/>
    <w:p>
      <w:r>
        <w:rPr>
          <w:b w:val="0"/>
          <w:sz w:val="22"/>
        </w:rPr>
        <w:t>Diese Adressänderung wird hiermit offiziell gegenüber allen Vertragspartnern, Behörden und Institutionen bekanntgegeben.</w:t>
      </w:r>
    </w:p>
    <w:p/>
    <w:p/>
    <w:p>
      <w:r>
        <w:rPr>
          <w:b/>
          <w:sz w:val="22"/>
        </w:rPr>
        <w:t>Unterschrift Firmeninhaber / Geschäftsführer: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/>
    <w:p/>
    <w:p>
      <w:r>
        <w:rPr>
          <w:b/>
          <w:sz w:val="22"/>
        </w:rPr>
        <w:t>Name in Druckbuchstaben: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/>
    <w:p>
      <w:r>
        <w:rPr>
          <w:b/>
          <w:sz w:val="22"/>
        </w:rPr>
        <w:t>Ort: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/>
    <w:p>
      <w:r>
        <w:rPr>
          <w:b/>
          <w:sz w:val="22"/>
        </w:rPr>
        <w:t>Datum:</w:t>
      </w:r>
    </w:p>
    <w:p>
      <w:r>
        <w:rPr>
          <w:b w:val="0"/>
          <w:sz w:val="22"/>
        </w:rPr>
        <w:t>____________________________________________________________________________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(alt):</w:t>
              <w:br/>
              <w:br/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(neu):</w:t>
              <w:br/>
              <w:br/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https://persoenliche-dokumente.com/adressanderung-firma/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https://persoenliche-dokumente.com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persoenliche-dokumente.com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rsoenliche-dokumente.com/adressanderung-firma/" TargetMode="External"/><Relationship Id="rId10" Type="http://schemas.openxmlformats.org/officeDocument/2006/relationships/hyperlink" Target="https://persoenliche-dokumen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