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ABTRETUNGSERKLÄRUNG KATZE</w:t>
      </w:r>
    </w:p>
    <w:p/>
    <w:p>
      <w:r>
        <w:rPr>
          <w:b/>
          <w:sz w:val="20"/>
        </w:rPr>
        <w:t>Abtretende Person (Veräußerer):</w:t>
      </w:r>
    </w:p>
    <w:p>
      <w:r>
        <w:rPr>
          <w:b w:val="0"/>
          <w:sz w:val="20"/>
        </w:rPr>
        <w:t>Name: _____________________________________________________________</w:t>
      </w:r>
    </w:p>
    <w:p>
      <w:r>
        <w:rPr>
          <w:b w:val="0"/>
          <w:sz w:val="20"/>
        </w:rPr>
        <w:t>Anschrift: ________________________________________________________</w:t>
      </w:r>
    </w:p>
    <w:p/>
    <w:p>
      <w:r>
        <w:rPr>
          <w:b/>
          <w:sz w:val="20"/>
        </w:rPr>
        <w:t>Erwerbende Person:</w:t>
      </w:r>
    </w:p>
    <w:p>
      <w:r>
        <w:rPr>
          <w:b w:val="0"/>
          <w:sz w:val="20"/>
        </w:rPr>
        <w:t>Name: _____________________________________________________________</w:t>
      </w:r>
    </w:p>
    <w:p>
      <w:r>
        <w:rPr>
          <w:b w:val="0"/>
          <w:sz w:val="20"/>
        </w:rPr>
        <w:t>Anschrift: ________________________________________________________</w:t>
      </w:r>
    </w:p>
    <w:p/>
    <w:p>
      <w:r>
        <w:rPr>
          <w:b/>
          <w:sz w:val="20"/>
        </w:rPr>
        <w:t>Tierbeschreibung:</w:t>
      </w:r>
    </w:p>
    <w:p>
      <w:r>
        <w:rPr>
          <w:b w:val="0"/>
          <w:sz w:val="20"/>
        </w:rPr>
        <w:t>Name der Katze: _________________________________________________</w:t>
      </w:r>
    </w:p>
    <w:p>
      <w:r>
        <w:rPr>
          <w:b w:val="0"/>
          <w:sz w:val="20"/>
        </w:rPr>
        <w:t>Rasse: ___________________________________________________________</w:t>
      </w:r>
    </w:p>
    <w:p>
      <w:r>
        <w:rPr>
          <w:b w:val="0"/>
          <w:sz w:val="20"/>
        </w:rPr>
        <w:t>Geschlecht: ______________________________________________________</w:t>
      </w:r>
    </w:p>
    <w:p>
      <w:r>
        <w:rPr>
          <w:b w:val="0"/>
          <w:sz w:val="20"/>
        </w:rPr>
        <w:t>Geburtsdatum: ____________________________________________________</w:t>
      </w:r>
    </w:p>
    <w:p>
      <w:r>
        <w:rPr>
          <w:b w:val="0"/>
          <w:sz w:val="20"/>
        </w:rPr>
        <w:t>Kennzeichnung (z. B. Tätowierung, Chipnummer): ____________________</w:t>
      </w:r>
    </w:p>
    <w:p/>
    <w:p>
      <w:r>
        <w:rPr>
          <w:b/>
          <w:sz w:val="20"/>
        </w:rPr>
        <w:t>§ 1 – Abtretung der Rechte</w:t>
      </w:r>
    </w:p>
    <w:p>
      <w:r>
        <w:rPr>
          <w:b w:val="0"/>
          <w:sz w:val="20"/>
        </w:rPr>
        <w:t>Hiermit tritt die abtretende Person alle Rechte, Pflichten und Ansprüche an der oben beschriebenen Katze an die erwerbende Person ab. Dies umfasst insbesondere das Eigentumsrecht sowie alle damit verbundenen Rechte und Verpflichtungen.</w:t>
      </w:r>
    </w:p>
    <w:p/>
    <w:p>
      <w:r>
        <w:rPr>
          <w:b/>
          <w:sz w:val="20"/>
        </w:rPr>
        <w:t>§ 2 – Zustand des Tieres</w:t>
      </w:r>
    </w:p>
    <w:p>
      <w:r>
        <w:rPr>
          <w:b w:val="0"/>
          <w:sz w:val="20"/>
        </w:rPr>
        <w:t>Die abtretende Person versichert, dass das Tier bei Übergabe gesund ist und keine bekannten ansteckenden Krankheiten vorliegen. Alle dem Erwerber bekannten Besonderheiten oder gesundheitlichen Einschränkungen wurden offenbart.</w:t>
      </w:r>
    </w:p>
    <w:p/>
    <w:p>
      <w:r>
        <w:rPr>
          <w:b/>
          <w:sz w:val="20"/>
        </w:rPr>
        <w:t>§ 3 – Gewährleistung und Haftung</w:t>
      </w:r>
    </w:p>
    <w:p>
      <w:r>
        <w:rPr>
          <w:b w:val="0"/>
          <w:sz w:val="20"/>
        </w:rPr>
        <w:t>Die Abtretung erfolgt nach bestem Wissen und Gewissen. Eine weitergehende Gewährleistung oder Haftung für zukünftige Erkrankungen oder Schäden wird ausgeschlossen, sofern diese nicht auf grobe Fahrlässigkeit oder Vorsatz der abtretenden Person zurückzuführen sind.</w:t>
      </w:r>
    </w:p>
    <w:p/>
    <w:p>
      <w:r>
        <w:rPr>
          <w:b/>
          <w:sz w:val="20"/>
        </w:rPr>
        <w:t>§ 4 – Schlussbestimmungen</w:t>
      </w:r>
    </w:p>
    <w:p>
      <w:r>
        <w:rPr>
          <w:b w:val="0"/>
          <w:sz w:val="20"/>
        </w:rPr>
        <w:t>Diese Erklärung erfolgt freiwillig und rechtsverbindlich. Änderungen und Ergänzungen bedürfen der Schriftform. Sollte eine Bestimmung unwirksam sein, so bleibt die Wirksamkeit der übrigen Bestimmungen unberührt.</w:t>
      </w:r>
    </w:p>
    <w:p/>
    <w:p/>
    <w:p>
      <w:r>
        <w:rPr>
          <w:b w:val="0"/>
          <w:sz w:val="20"/>
        </w:rPr>
        <w:t>Ort: _______________________________________________________________</w:t>
      </w:r>
    </w:p>
    <w:p>
      <w:r>
        <w:rPr>
          <w:b w:val="0"/>
          <w:sz w:val="20"/>
        </w:rPr>
        <w:t>Datum: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 Person</w:t>
            </w:r>
          </w:p>
        </w:tc>
        <w:tc>
          <w:tcPr>
            <w:tcW w:type="dxa" w:w="4986"/>
            <w:tcBorders>
              <w:top w:val="nil"/>
              <w:left w:val="nil"/>
              <w:bottom w:val="nil"/>
              <w:right w:val="nil"/>
              <w:insideH w:val="nil"/>
              <w:insideV w:val="nil"/>
            </w:tcBorders>
          </w:tcPr>
          <w:p>
            <w:pPr>
              <w:jc w:val="center"/>
            </w:pPr>
            <w:r>
              <w:t>Erwerbende Person</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https://persoenliche-dokumente.com/abtretungserklarung-katze/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abtretungserklarung-katze/"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